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FE78" w14:textId="3E542A64" w:rsidR="00F00B39" w:rsidRDefault="00F00B39"/>
    <w:p w14:paraId="3DA1E5E0" w14:textId="77777777" w:rsidR="00C3797C" w:rsidRDefault="00C3797C" w:rsidP="00C3797C">
      <w:pPr>
        <w:pStyle w:val="Heading1"/>
        <w:jc w:val="center"/>
      </w:pPr>
    </w:p>
    <w:p w14:paraId="20E57F7A" w14:textId="77777777" w:rsidR="00C3797C" w:rsidRDefault="00C3797C" w:rsidP="00C3797C">
      <w:pPr>
        <w:pStyle w:val="Heading1"/>
        <w:jc w:val="center"/>
      </w:pPr>
    </w:p>
    <w:p w14:paraId="16E97883" w14:textId="77777777" w:rsidR="00C3797C" w:rsidRDefault="00C3797C" w:rsidP="00C3797C">
      <w:pPr>
        <w:pStyle w:val="Heading1"/>
        <w:jc w:val="center"/>
      </w:pPr>
    </w:p>
    <w:p w14:paraId="25AC92D7" w14:textId="77777777" w:rsidR="00C3797C" w:rsidRDefault="00C3797C" w:rsidP="00C3797C">
      <w:pPr>
        <w:pStyle w:val="Heading1"/>
        <w:jc w:val="center"/>
      </w:pPr>
    </w:p>
    <w:p w14:paraId="6CEFEB2E" w14:textId="15C0EF64" w:rsidR="00C3797C" w:rsidRDefault="00C3797C" w:rsidP="00C3797C">
      <w:pPr>
        <w:pStyle w:val="Heading1"/>
        <w:jc w:val="center"/>
      </w:pPr>
      <w:r>
        <w:t>FORMS BEGIN HERE</w:t>
      </w:r>
    </w:p>
    <w:p w14:paraId="4B1E2FAF" w14:textId="77777777" w:rsidR="00C3797C" w:rsidRPr="00C3797C" w:rsidRDefault="00C3797C" w:rsidP="00C3797C"/>
    <w:p w14:paraId="60181CAC" w14:textId="77777777" w:rsidR="00C3797C" w:rsidRDefault="00C3797C" w:rsidP="00C3797C">
      <w:pPr>
        <w:pStyle w:val="NormalWeb"/>
      </w:pPr>
      <w:r>
        <w:t>Please print and return each applicable form with the corresponding payment.</w:t>
      </w:r>
    </w:p>
    <w:p w14:paraId="1810D2FF" w14:textId="77777777" w:rsidR="00C3797C" w:rsidRDefault="00C3797C" w:rsidP="00C3797C">
      <w:pPr>
        <w:pStyle w:val="NormalWeb"/>
      </w:pPr>
      <w:r>
        <w:t>Refer to the return instructions on each form, as payment recipients and submission requirements may vary.</w:t>
      </w:r>
    </w:p>
    <w:p w14:paraId="587B3250" w14:textId="77777777" w:rsidR="00C3797C" w:rsidRPr="00C3797C" w:rsidRDefault="00C3797C" w:rsidP="00C3797C">
      <w:pPr>
        <w:spacing w:after="200" w:line="276" w:lineRule="auto"/>
      </w:pPr>
      <w:r>
        <w:br w:type="page"/>
      </w:r>
    </w:p>
    <w:p w14:paraId="37A60900" w14:textId="1715E30D" w:rsidR="00F00B39" w:rsidRDefault="00DC63F8">
      <w:pPr>
        <w:pStyle w:val="Title"/>
        <w:jc w:val="center"/>
      </w:pPr>
      <w:r>
        <w:lastRenderedPageBreak/>
        <w:t>Community Keepsake</w:t>
      </w:r>
      <w:r w:rsidR="008D7B02">
        <w:t xml:space="preserve"> Booklet</w:t>
      </w:r>
      <w:r>
        <w:t xml:space="preserve"> Participation Form</w:t>
      </w:r>
    </w:p>
    <w:p w14:paraId="50B0A7FA" w14:textId="77777777" w:rsidR="0011401C" w:rsidRDefault="00DC63F8">
      <w:pPr>
        <w:spacing w:after="160"/>
        <w:rPr>
          <w:b/>
        </w:rPr>
      </w:pPr>
      <w:r>
        <w:rPr>
          <w:b/>
        </w:rPr>
        <w:t xml:space="preserve">Business, organization, family, or individual name: </w:t>
      </w:r>
    </w:p>
    <w:p w14:paraId="77B422CF" w14:textId="14926EC8" w:rsidR="00F00B39" w:rsidRDefault="00DC63F8">
      <w:pPr>
        <w:spacing w:after="160"/>
      </w:pPr>
      <w:r>
        <w:t>__________________________________________________________________</w:t>
      </w:r>
    </w:p>
    <w:p w14:paraId="5309370A" w14:textId="77777777" w:rsidR="0011401C" w:rsidRDefault="0011401C">
      <w:pPr>
        <w:spacing w:after="160"/>
      </w:pPr>
    </w:p>
    <w:p w14:paraId="54A848EC" w14:textId="77777777" w:rsidR="00F00B39" w:rsidRDefault="00DC63F8">
      <w:pPr>
        <w:spacing w:after="160"/>
      </w:pPr>
      <w:r>
        <w:rPr>
          <w:b/>
        </w:rPr>
        <w:t xml:space="preserve">Address: </w:t>
      </w:r>
      <w:r>
        <w:t>__________________________________________________________________</w:t>
      </w:r>
    </w:p>
    <w:p w14:paraId="01C469DF" w14:textId="77777777" w:rsidR="0011401C" w:rsidRDefault="0011401C">
      <w:pPr>
        <w:spacing w:after="160"/>
        <w:rPr>
          <w:b/>
        </w:rPr>
      </w:pPr>
    </w:p>
    <w:p w14:paraId="57026AF6" w14:textId="5E2D0FCF" w:rsidR="00F00B39" w:rsidRDefault="00DC63F8">
      <w:pPr>
        <w:spacing w:after="160"/>
      </w:pPr>
      <w:r>
        <w:rPr>
          <w:b/>
        </w:rPr>
        <w:t xml:space="preserve">City, state, ZIP: </w:t>
      </w:r>
      <w:r>
        <w:t>__________________________________________________________________</w:t>
      </w:r>
    </w:p>
    <w:p w14:paraId="0C77E1F6" w14:textId="77777777" w:rsidR="0011401C" w:rsidRDefault="0011401C">
      <w:pPr>
        <w:spacing w:after="160"/>
        <w:rPr>
          <w:b/>
        </w:rPr>
      </w:pPr>
    </w:p>
    <w:p w14:paraId="12CE486B" w14:textId="671E322D" w:rsidR="00F00B39" w:rsidRDefault="00DC63F8">
      <w:pPr>
        <w:spacing w:after="160"/>
      </w:pPr>
      <w:r>
        <w:rPr>
          <w:b/>
        </w:rPr>
        <w:t xml:space="preserve">Phone: </w:t>
      </w:r>
      <w:r>
        <w:t>______________________________</w:t>
      </w:r>
    </w:p>
    <w:p w14:paraId="041B4E81" w14:textId="77777777" w:rsidR="0011401C" w:rsidRDefault="0011401C">
      <w:pPr>
        <w:spacing w:after="160"/>
        <w:rPr>
          <w:b/>
        </w:rPr>
      </w:pPr>
    </w:p>
    <w:p w14:paraId="0EBCFDAD" w14:textId="6E245D47" w:rsidR="00F00B39" w:rsidRDefault="00DC63F8">
      <w:pPr>
        <w:spacing w:after="160"/>
      </w:pPr>
      <w:r>
        <w:rPr>
          <w:b/>
        </w:rPr>
        <w:t xml:space="preserve">Email: </w:t>
      </w:r>
      <w:r>
        <w:t>________________________________________________</w:t>
      </w:r>
    </w:p>
    <w:p w14:paraId="035C904C" w14:textId="77777777" w:rsidR="00F00B39" w:rsidRDefault="00DC63F8">
      <w:pPr>
        <w:pStyle w:val="Heading2"/>
      </w:pPr>
      <w:r>
        <w:t>Participation Selection</w:t>
      </w:r>
    </w:p>
    <w:tbl>
      <w:tblPr>
        <w:tblW w:w="0" w:type="auto"/>
        <w:tblLook w:val="04A0" w:firstRow="1" w:lastRow="0" w:firstColumn="1" w:lastColumn="0" w:noHBand="0" w:noVBand="1"/>
      </w:tblPr>
      <w:tblGrid>
        <w:gridCol w:w="5040"/>
        <w:gridCol w:w="5040"/>
      </w:tblGrid>
      <w:tr w:rsidR="00F00B39" w14:paraId="7866E513" w14:textId="77777777">
        <w:tc>
          <w:tcPr>
            <w:tcW w:w="5040" w:type="dxa"/>
            <w:tcMar>
              <w:top w:w="100" w:type="dxa"/>
              <w:left w:w="120" w:type="dxa"/>
              <w:bottom w:w="100" w:type="dxa"/>
              <w:right w:w="120" w:type="dxa"/>
            </w:tcMar>
            <w:vAlign w:val="center"/>
          </w:tcPr>
          <w:p w14:paraId="11185ACD" w14:textId="77777777" w:rsidR="00F00B39" w:rsidRDefault="00DC63F8">
            <w:pPr>
              <w:spacing w:after="0"/>
            </w:pPr>
            <w:r>
              <w:rPr>
                <w:color w:val="000000"/>
              </w:rPr>
              <w:t>☐ Outside back cover - $200</w:t>
            </w:r>
          </w:p>
        </w:tc>
        <w:tc>
          <w:tcPr>
            <w:tcW w:w="5040" w:type="dxa"/>
            <w:tcMar>
              <w:top w:w="100" w:type="dxa"/>
              <w:left w:w="120" w:type="dxa"/>
              <w:bottom w:w="100" w:type="dxa"/>
              <w:right w:w="120" w:type="dxa"/>
            </w:tcMar>
            <w:vAlign w:val="center"/>
          </w:tcPr>
          <w:p w14:paraId="6E601DDF" w14:textId="77777777" w:rsidR="00F00B39" w:rsidRDefault="00DC63F8">
            <w:pPr>
              <w:spacing w:after="0"/>
            </w:pPr>
            <w:r>
              <w:rPr>
                <w:color w:val="000000"/>
              </w:rPr>
              <w:t>☐ Inside front cover - $150</w:t>
            </w:r>
          </w:p>
        </w:tc>
      </w:tr>
      <w:tr w:rsidR="00F00B39" w14:paraId="5061F97A" w14:textId="77777777">
        <w:tc>
          <w:tcPr>
            <w:tcW w:w="5040" w:type="dxa"/>
            <w:tcMar>
              <w:top w:w="100" w:type="dxa"/>
              <w:left w:w="120" w:type="dxa"/>
              <w:bottom w:w="100" w:type="dxa"/>
              <w:right w:w="120" w:type="dxa"/>
            </w:tcMar>
            <w:vAlign w:val="center"/>
          </w:tcPr>
          <w:p w14:paraId="1E6F0DDA" w14:textId="77777777" w:rsidR="00F00B39" w:rsidRDefault="00DC63F8">
            <w:pPr>
              <w:spacing w:after="0"/>
            </w:pPr>
            <w:r>
              <w:rPr>
                <w:color w:val="000000"/>
              </w:rPr>
              <w:t>☐ Inside back cover - $150</w:t>
            </w:r>
          </w:p>
        </w:tc>
        <w:tc>
          <w:tcPr>
            <w:tcW w:w="5040" w:type="dxa"/>
            <w:tcMar>
              <w:top w:w="100" w:type="dxa"/>
              <w:left w:w="120" w:type="dxa"/>
              <w:bottom w:w="100" w:type="dxa"/>
              <w:right w:w="120" w:type="dxa"/>
            </w:tcMar>
            <w:vAlign w:val="center"/>
          </w:tcPr>
          <w:p w14:paraId="25733917" w14:textId="77777777" w:rsidR="00F00B39" w:rsidRDefault="00DC63F8">
            <w:pPr>
              <w:spacing w:after="0"/>
            </w:pPr>
            <w:r>
              <w:rPr>
                <w:color w:val="000000"/>
              </w:rPr>
              <w:t>☐ Full page - $100</w:t>
            </w:r>
          </w:p>
        </w:tc>
      </w:tr>
      <w:tr w:rsidR="00F00B39" w14:paraId="79880CB0" w14:textId="77777777">
        <w:tc>
          <w:tcPr>
            <w:tcW w:w="5040" w:type="dxa"/>
            <w:tcMar>
              <w:top w:w="100" w:type="dxa"/>
              <w:left w:w="120" w:type="dxa"/>
              <w:bottom w:w="100" w:type="dxa"/>
              <w:right w:w="120" w:type="dxa"/>
            </w:tcMar>
            <w:vAlign w:val="center"/>
          </w:tcPr>
          <w:p w14:paraId="59AC9A28" w14:textId="77777777" w:rsidR="00F00B39" w:rsidRDefault="00DC63F8">
            <w:pPr>
              <w:spacing w:after="0"/>
            </w:pPr>
            <w:r>
              <w:rPr>
                <w:color w:val="000000"/>
              </w:rPr>
              <w:t>☐ Half page - $50</w:t>
            </w:r>
          </w:p>
        </w:tc>
        <w:tc>
          <w:tcPr>
            <w:tcW w:w="5040" w:type="dxa"/>
            <w:tcMar>
              <w:top w:w="100" w:type="dxa"/>
              <w:left w:w="120" w:type="dxa"/>
              <w:bottom w:w="100" w:type="dxa"/>
              <w:right w:w="120" w:type="dxa"/>
            </w:tcMar>
            <w:vAlign w:val="center"/>
          </w:tcPr>
          <w:p w14:paraId="4DA2CC65" w14:textId="77777777" w:rsidR="00F00B39" w:rsidRDefault="00DC63F8">
            <w:pPr>
              <w:spacing w:after="0"/>
            </w:pPr>
            <w:r>
              <w:rPr>
                <w:color w:val="000000"/>
              </w:rPr>
              <w:t>☐ Quarter page - $25</w:t>
            </w:r>
          </w:p>
        </w:tc>
      </w:tr>
      <w:tr w:rsidR="00F00B39" w14:paraId="17FE764C" w14:textId="77777777">
        <w:tc>
          <w:tcPr>
            <w:tcW w:w="5040" w:type="dxa"/>
            <w:tcMar>
              <w:top w:w="100" w:type="dxa"/>
              <w:left w:w="120" w:type="dxa"/>
              <w:bottom w:w="100" w:type="dxa"/>
              <w:right w:w="120" w:type="dxa"/>
            </w:tcMar>
            <w:vAlign w:val="center"/>
          </w:tcPr>
          <w:p w14:paraId="735BBF82" w14:textId="77777777" w:rsidR="00F00B39" w:rsidRDefault="00DC63F8">
            <w:pPr>
              <w:spacing w:after="0"/>
            </w:pPr>
            <w:r>
              <w:rPr>
                <w:color w:val="000000"/>
              </w:rPr>
              <w:t>☐ Business card - $20</w:t>
            </w:r>
          </w:p>
        </w:tc>
        <w:tc>
          <w:tcPr>
            <w:tcW w:w="5040" w:type="dxa"/>
            <w:tcMar>
              <w:top w:w="100" w:type="dxa"/>
              <w:left w:w="120" w:type="dxa"/>
              <w:bottom w:w="100" w:type="dxa"/>
              <w:right w:w="120" w:type="dxa"/>
            </w:tcMar>
            <w:vAlign w:val="center"/>
          </w:tcPr>
          <w:p w14:paraId="21CEDCEF" w14:textId="77777777" w:rsidR="00F00B39" w:rsidRDefault="00DC63F8">
            <w:pPr>
              <w:spacing w:after="0"/>
            </w:pPr>
            <w:r>
              <w:rPr>
                <w:color w:val="000000"/>
              </w:rPr>
              <w:t>☐ Community patron - $5</w:t>
            </w:r>
          </w:p>
        </w:tc>
      </w:tr>
    </w:tbl>
    <w:p w14:paraId="78E024C4" w14:textId="77777777" w:rsidR="00B74442" w:rsidRDefault="00B74442">
      <w:pPr>
        <w:spacing w:after="160"/>
        <w:rPr>
          <w:b/>
        </w:rPr>
      </w:pPr>
    </w:p>
    <w:p w14:paraId="235A9DDB" w14:textId="6A9BDFA8" w:rsidR="0011401C" w:rsidRDefault="00DC63F8">
      <w:pPr>
        <w:spacing w:after="160"/>
        <w:rPr>
          <w:b/>
        </w:rPr>
      </w:pPr>
      <w:r>
        <w:rPr>
          <w:b/>
        </w:rPr>
        <w:t xml:space="preserve">Community patron name or message (maximum 55 characters): </w:t>
      </w:r>
    </w:p>
    <w:p w14:paraId="180D014D" w14:textId="228D574B" w:rsidR="00F00B39" w:rsidRDefault="00DC63F8">
      <w:pPr>
        <w:spacing w:after="160"/>
      </w:pPr>
      <w:r>
        <w:t>___________________________________</w:t>
      </w:r>
      <w:r w:rsidR="0011401C">
        <w:t>___________________________________________________</w:t>
      </w:r>
      <w:r>
        <w:t>__________</w:t>
      </w:r>
    </w:p>
    <w:p w14:paraId="76A143B7" w14:textId="77777777" w:rsidR="0011401C" w:rsidRDefault="0011401C" w:rsidP="0011401C">
      <w:pPr>
        <w:spacing w:after="160"/>
      </w:pPr>
      <w:r>
        <w:t>________________________________________________________________________________________________</w:t>
      </w:r>
    </w:p>
    <w:p w14:paraId="23AFC628" w14:textId="77777777" w:rsidR="0011401C" w:rsidRDefault="0011401C" w:rsidP="0011401C">
      <w:pPr>
        <w:spacing w:after="160"/>
      </w:pPr>
      <w:r>
        <w:t>________________________________________________________________________________________________</w:t>
      </w:r>
    </w:p>
    <w:p w14:paraId="2951BDFB" w14:textId="77777777" w:rsidR="0011401C" w:rsidRDefault="0011401C" w:rsidP="0011401C">
      <w:pPr>
        <w:spacing w:after="160"/>
      </w:pPr>
      <w:r>
        <w:t>________________________________________________________________________________________________</w:t>
      </w:r>
    </w:p>
    <w:p w14:paraId="550EF95E" w14:textId="77777777" w:rsidR="0074170E" w:rsidRDefault="0074170E">
      <w:pPr>
        <w:spacing w:after="160"/>
        <w:rPr>
          <w:b/>
        </w:rPr>
      </w:pPr>
    </w:p>
    <w:p w14:paraId="45F7A995" w14:textId="632D1F19" w:rsidR="00F00B39" w:rsidRDefault="00DC63F8">
      <w:pPr>
        <w:spacing w:after="160"/>
      </w:pPr>
      <w:r>
        <w:rPr>
          <w:b/>
        </w:rPr>
        <w:t xml:space="preserve">Amount enclosed: $ </w:t>
      </w:r>
      <w:r>
        <w:t>________________________</w:t>
      </w:r>
    </w:p>
    <w:p w14:paraId="70C589CA" w14:textId="77777777" w:rsidR="009F4C1B" w:rsidRDefault="009F4C1B">
      <w:pPr>
        <w:rPr>
          <w:b/>
        </w:rPr>
      </w:pPr>
    </w:p>
    <w:p w14:paraId="7F42A3A1" w14:textId="415816F8" w:rsidR="009F4C1B" w:rsidRPr="0096417E" w:rsidRDefault="00DC63F8" w:rsidP="0096417E">
      <w:r>
        <w:rPr>
          <w:b/>
        </w:rPr>
        <w:t xml:space="preserve">Artwork deadline: October 31, 2026. </w:t>
      </w:r>
      <w:r>
        <w:t>Email artwork to pamela.j.adams@comcast.net.</w:t>
      </w:r>
    </w:p>
    <w:p w14:paraId="10A04615" w14:textId="654410BA" w:rsidR="00F00B39" w:rsidRDefault="00DC63F8" w:rsidP="009F4C1B">
      <w:pPr>
        <w:spacing w:before="160"/>
        <w:jc w:val="center"/>
      </w:pPr>
      <w:r>
        <w:rPr>
          <w:b/>
        </w:rPr>
        <w:t>Return form and payment to:</w:t>
      </w:r>
      <w:r>
        <w:rPr>
          <w:b/>
        </w:rPr>
        <w:br/>
        <w:t>Holiday Celebration in Granite-Woodstock - Community Keepsake</w:t>
      </w:r>
      <w:r>
        <w:rPr>
          <w:b/>
        </w:rPr>
        <w:br/>
      </w:r>
      <w:r>
        <w:t>Attn: Pam Adams, Chair</w:t>
      </w:r>
      <w:r>
        <w:br/>
        <w:t>400 Bridgestone Drive</w:t>
      </w:r>
      <w:r>
        <w:br/>
        <w:t>Eldersburg, MD 21784</w:t>
      </w:r>
    </w:p>
    <w:p w14:paraId="12090434" w14:textId="2DA9D86D" w:rsidR="0074170E" w:rsidRPr="0096417E" w:rsidRDefault="0096417E" w:rsidP="0074170E">
      <w:pPr>
        <w:spacing w:before="160"/>
        <w:rPr>
          <w:b/>
          <w:bCs/>
          <w:color w:val="EE0000"/>
        </w:rPr>
      </w:pPr>
      <w:r w:rsidRPr="0096417E">
        <w:rPr>
          <w:b/>
          <w:bCs/>
          <w:color w:val="EE0000"/>
        </w:rPr>
        <w:t>Please make checks out to Pam Adams.</w:t>
      </w:r>
    </w:p>
    <w:p w14:paraId="69679C1F" w14:textId="23A5A851" w:rsidR="00F00B39" w:rsidRPr="00A67BF3" w:rsidRDefault="00DC63F8" w:rsidP="00A67BF3">
      <w:pPr>
        <w:jc w:val="center"/>
        <w:rPr>
          <w:b/>
          <w:bCs/>
          <w:sz w:val="48"/>
          <w:szCs w:val="48"/>
        </w:rPr>
      </w:pPr>
      <w:r>
        <w:br w:type="page"/>
      </w:r>
      <w:r w:rsidR="0007693B" w:rsidRPr="00A67BF3">
        <w:rPr>
          <w:b/>
          <w:bCs/>
          <w:sz w:val="48"/>
          <w:szCs w:val="48"/>
        </w:rPr>
        <w:lastRenderedPageBreak/>
        <w:t>H</w:t>
      </w:r>
      <w:r w:rsidRPr="00A67BF3">
        <w:rPr>
          <w:b/>
          <w:bCs/>
          <w:sz w:val="48"/>
          <w:szCs w:val="48"/>
        </w:rPr>
        <w:t>oliday Craft Fair</w:t>
      </w:r>
    </w:p>
    <w:p w14:paraId="46DD30A5" w14:textId="77777777" w:rsidR="00F00B39" w:rsidRDefault="00DC63F8">
      <w:pPr>
        <w:spacing w:after="280"/>
        <w:jc w:val="center"/>
      </w:pPr>
      <w:r>
        <w:rPr>
          <w:b/>
          <w:sz w:val="24"/>
        </w:rPr>
        <w:t>Vendor Registration</w:t>
      </w:r>
    </w:p>
    <w:p w14:paraId="2EA00C8C" w14:textId="77777777" w:rsidR="00F00B39" w:rsidRDefault="00DC63F8">
      <w:r>
        <w:t>Local vendors, makers, bakers, farms, businesses, and community organizations are invited to showcase products, services, talents, or community information just before the holiday season.</w:t>
      </w:r>
    </w:p>
    <w:p w14:paraId="4D0E3232" w14:textId="77777777" w:rsidR="00F00B39" w:rsidRDefault="00DC63F8">
      <w:r>
        <w:rPr>
          <w:b/>
        </w:rPr>
        <w:t>Vendor fee: $15 per space.</w:t>
      </w:r>
    </w:p>
    <w:p w14:paraId="34A8921D" w14:textId="77777777" w:rsidR="00F00B39" w:rsidRDefault="00DC63F8">
      <w:r>
        <w:t>Spaces will first be assigned at Odd Fellows Hall. If additional space is needed, overflow vendors will be placed at Stanfield Pavilion at Edrich Farm. You may indicate a preference, but final placement will depend on availability and event needs.</w:t>
      </w:r>
    </w:p>
    <w:p w14:paraId="41FA363B" w14:textId="1A16F9B8" w:rsidR="00F00B39" w:rsidRDefault="00DC63F8" w:rsidP="00A67BF3">
      <w:pPr>
        <w:spacing w:after="0" w:line="240" w:lineRule="auto"/>
      </w:pPr>
      <w:r>
        <w:rPr>
          <w:b/>
        </w:rPr>
        <w:t xml:space="preserve">Name or business: </w:t>
      </w:r>
      <w:r>
        <w:t>______________________________________________________________</w:t>
      </w:r>
    </w:p>
    <w:p w14:paraId="4A240A97" w14:textId="77777777" w:rsidR="0011401C" w:rsidRPr="00A67BF3" w:rsidRDefault="0011401C" w:rsidP="00A67BF3">
      <w:pPr>
        <w:spacing w:after="160" w:line="240" w:lineRule="auto"/>
        <w:rPr>
          <w:b/>
          <w:sz w:val="20"/>
          <w:szCs w:val="20"/>
        </w:rPr>
      </w:pPr>
    </w:p>
    <w:p w14:paraId="36FF4B27" w14:textId="5AD66ACB" w:rsidR="00F00B39" w:rsidRDefault="00DC63F8" w:rsidP="00A67BF3">
      <w:pPr>
        <w:spacing w:after="0" w:line="240" w:lineRule="auto"/>
      </w:pPr>
      <w:r>
        <w:rPr>
          <w:b/>
        </w:rPr>
        <w:t xml:space="preserve">Address: </w:t>
      </w:r>
      <w:r>
        <w:t>________</w:t>
      </w:r>
      <w:r w:rsidR="0011401C">
        <w:t>______</w:t>
      </w:r>
      <w:r>
        <w:t>__________________________________________________________</w:t>
      </w:r>
    </w:p>
    <w:p w14:paraId="013C7CB4" w14:textId="77777777" w:rsidR="0011401C" w:rsidRPr="00A67BF3" w:rsidRDefault="0011401C" w:rsidP="00A67BF3">
      <w:pPr>
        <w:spacing w:after="160" w:line="240" w:lineRule="auto"/>
        <w:rPr>
          <w:b/>
          <w:sz w:val="20"/>
          <w:szCs w:val="20"/>
        </w:rPr>
      </w:pPr>
    </w:p>
    <w:p w14:paraId="7AF2E936" w14:textId="63B7120E" w:rsidR="00F00B39" w:rsidRDefault="00DC63F8" w:rsidP="00A67BF3">
      <w:pPr>
        <w:spacing w:after="160" w:line="240" w:lineRule="auto"/>
      </w:pPr>
      <w:r>
        <w:rPr>
          <w:b/>
        </w:rPr>
        <w:t xml:space="preserve">City, state, ZIP: </w:t>
      </w:r>
      <w:r>
        <w:t>__________________________________________________________________</w:t>
      </w:r>
    </w:p>
    <w:p w14:paraId="018D5E4A" w14:textId="77777777" w:rsidR="0011401C" w:rsidRPr="00A67BF3" w:rsidRDefault="0011401C" w:rsidP="00A67BF3">
      <w:pPr>
        <w:spacing w:after="0" w:line="240" w:lineRule="auto"/>
        <w:rPr>
          <w:b/>
          <w:sz w:val="20"/>
          <w:szCs w:val="20"/>
        </w:rPr>
      </w:pPr>
    </w:p>
    <w:p w14:paraId="53E9B8D9" w14:textId="0888C229" w:rsidR="00F00B39" w:rsidRDefault="00DC63F8" w:rsidP="00A67BF3">
      <w:pPr>
        <w:spacing w:after="0" w:line="240" w:lineRule="auto"/>
      </w:pPr>
      <w:r>
        <w:rPr>
          <w:b/>
        </w:rPr>
        <w:t xml:space="preserve">Phone: </w:t>
      </w:r>
      <w:r>
        <w:t>______________________________</w:t>
      </w:r>
    </w:p>
    <w:p w14:paraId="416E2A70" w14:textId="77777777" w:rsidR="0011401C" w:rsidRDefault="0011401C" w:rsidP="00A67BF3">
      <w:pPr>
        <w:spacing w:after="0" w:line="240" w:lineRule="auto"/>
        <w:rPr>
          <w:b/>
        </w:rPr>
      </w:pPr>
    </w:p>
    <w:p w14:paraId="48653CD1" w14:textId="12E6C7DA" w:rsidR="00F00B39" w:rsidRPr="0011401C" w:rsidRDefault="00DC63F8" w:rsidP="00A67BF3">
      <w:pPr>
        <w:spacing w:after="160" w:line="240" w:lineRule="auto"/>
        <w:rPr>
          <w:b/>
        </w:rPr>
      </w:pPr>
      <w:r>
        <w:rPr>
          <w:b/>
        </w:rPr>
        <w:t xml:space="preserve">Email: </w:t>
      </w:r>
      <w:r>
        <w:t>______________</w:t>
      </w:r>
      <w:r w:rsidR="0011401C">
        <w:t>____________________</w:t>
      </w:r>
      <w:r>
        <w:t>__________________________________</w:t>
      </w:r>
    </w:p>
    <w:p w14:paraId="6EDAEB8D" w14:textId="77777777" w:rsidR="00F00B39" w:rsidRDefault="00DC63F8">
      <w:pPr>
        <w:pStyle w:val="Heading2"/>
      </w:pPr>
      <w:r>
        <w:t>Vendor Type</w:t>
      </w:r>
    </w:p>
    <w:tbl>
      <w:tblPr>
        <w:tblW w:w="0" w:type="auto"/>
        <w:tblLook w:val="04A0" w:firstRow="1" w:lastRow="0" w:firstColumn="1" w:lastColumn="0" w:noHBand="0" w:noVBand="1"/>
      </w:tblPr>
      <w:tblGrid>
        <w:gridCol w:w="5040"/>
        <w:gridCol w:w="5040"/>
      </w:tblGrid>
      <w:tr w:rsidR="00F00B39" w14:paraId="5EFD013F" w14:textId="77777777">
        <w:tc>
          <w:tcPr>
            <w:tcW w:w="5040" w:type="dxa"/>
            <w:tcMar>
              <w:top w:w="100" w:type="dxa"/>
              <w:left w:w="120" w:type="dxa"/>
              <w:bottom w:w="100" w:type="dxa"/>
              <w:right w:w="120" w:type="dxa"/>
            </w:tcMar>
            <w:vAlign w:val="center"/>
          </w:tcPr>
          <w:p w14:paraId="5F8B60F4" w14:textId="77777777" w:rsidR="00F00B39" w:rsidRDefault="00DC63F8">
            <w:pPr>
              <w:spacing w:after="0"/>
            </w:pPr>
            <w:r>
              <w:rPr>
                <w:color w:val="000000"/>
              </w:rPr>
              <w:t>☐ Crafts</w:t>
            </w:r>
          </w:p>
        </w:tc>
        <w:tc>
          <w:tcPr>
            <w:tcW w:w="5040" w:type="dxa"/>
            <w:tcMar>
              <w:top w:w="100" w:type="dxa"/>
              <w:left w:w="120" w:type="dxa"/>
              <w:bottom w:w="100" w:type="dxa"/>
              <w:right w:w="120" w:type="dxa"/>
            </w:tcMar>
            <w:vAlign w:val="center"/>
          </w:tcPr>
          <w:p w14:paraId="01135DAA" w14:textId="77777777" w:rsidR="00F00B39" w:rsidRDefault="00DC63F8">
            <w:pPr>
              <w:spacing w:after="0"/>
            </w:pPr>
            <w:r>
              <w:rPr>
                <w:color w:val="000000"/>
              </w:rPr>
              <w:t>☐ Baked goods</w:t>
            </w:r>
          </w:p>
        </w:tc>
      </w:tr>
      <w:tr w:rsidR="00F00B39" w14:paraId="7B7AC4CA" w14:textId="77777777">
        <w:tc>
          <w:tcPr>
            <w:tcW w:w="5040" w:type="dxa"/>
            <w:tcMar>
              <w:top w:w="100" w:type="dxa"/>
              <w:left w:w="120" w:type="dxa"/>
              <w:bottom w:w="100" w:type="dxa"/>
              <w:right w:w="120" w:type="dxa"/>
            </w:tcMar>
            <w:vAlign w:val="center"/>
          </w:tcPr>
          <w:p w14:paraId="2B25BA76" w14:textId="77777777" w:rsidR="00F00B39" w:rsidRDefault="00DC63F8">
            <w:pPr>
              <w:spacing w:after="0"/>
            </w:pPr>
            <w:r>
              <w:rPr>
                <w:color w:val="000000"/>
              </w:rPr>
              <w:t>☐ Food</w:t>
            </w:r>
          </w:p>
        </w:tc>
        <w:tc>
          <w:tcPr>
            <w:tcW w:w="5040" w:type="dxa"/>
            <w:tcMar>
              <w:top w:w="100" w:type="dxa"/>
              <w:left w:w="120" w:type="dxa"/>
              <w:bottom w:w="100" w:type="dxa"/>
              <w:right w:w="120" w:type="dxa"/>
            </w:tcMar>
            <w:vAlign w:val="center"/>
          </w:tcPr>
          <w:p w14:paraId="616F075F" w14:textId="77777777" w:rsidR="00F00B39" w:rsidRDefault="00DC63F8">
            <w:pPr>
              <w:spacing w:after="0"/>
            </w:pPr>
            <w:r>
              <w:rPr>
                <w:color w:val="000000"/>
              </w:rPr>
              <w:t>☐ Farm products</w:t>
            </w:r>
          </w:p>
        </w:tc>
      </w:tr>
      <w:tr w:rsidR="00F00B39" w14:paraId="5AD1C223" w14:textId="77777777">
        <w:tc>
          <w:tcPr>
            <w:tcW w:w="5040" w:type="dxa"/>
            <w:tcMar>
              <w:top w:w="100" w:type="dxa"/>
              <w:left w:w="120" w:type="dxa"/>
              <w:bottom w:w="100" w:type="dxa"/>
              <w:right w:w="120" w:type="dxa"/>
            </w:tcMar>
            <w:vAlign w:val="center"/>
          </w:tcPr>
          <w:p w14:paraId="2FDC6E33" w14:textId="77777777" w:rsidR="00F00B39" w:rsidRDefault="00DC63F8">
            <w:pPr>
              <w:spacing w:after="0"/>
            </w:pPr>
            <w:r>
              <w:rPr>
                <w:color w:val="000000"/>
              </w:rPr>
              <w:t>☐ Business</w:t>
            </w:r>
          </w:p>
        </w:tc>
        <w:tc>
          <w:tcPr>
            <w:tcW w:w="5040" w:type="dxa"/>
            <w:tcMar>
              <w:top w:w="100" w:type="dxa"/>
              <w:left w:w="120" w:type="dxa"/>
              <w:bottom w:w="100" w:type="dxa"/>
              <w:right w:w="120" w:type="dxa"/>
            </w:tcMar>
            <w:vAlign w:val="center"/>
          </w:tcPr>
          <w:p w14:paraId="367C54E6" w14:textId="77777777" w:rsidR="00F00B39" w:rsidRDefault="00DC63F8">
            <w:pPr>
              <w:spacing w:after="0"/>
            </w:pPr>
            <w:r>
              <w:rPr>
                <w:color w:val="000000"/>
              </w:rPr>
              <w:t>☐ Community organization or information table</w:t>
            </w:r>
          </w:p>
        </w:tc>
      </w:tr>
      <w:tr w:rsidR="00F00B39" w14:paraId="599FCA76" w14:textId="77777777">
        <w:tc>
          <w:tcPr>
            <w:tcW w:w="5040" w:type="dxa"/>
            <w:tcMar>
              <w:top w:w="100" w:type="dxa"/>
              <w:left w:w="120" w:type="dxa"/>
              <w:bottom w:w="100" w:type="dxa"/>
              <w:right w:w="120" w:type="dxa"/>
            </w:tcMar>
            <w:vAlign w:val="center"/>
          </w:tcPr>
          <w:p w14:paraId="3C11969A" w14:textId="77777777" w:rsidR="00F00B39" w:rsidRDefault="00DC63F8">
            <w:pPr>
              <w:spacing w:after="0"/>
            </w:pPr>
            <w:r>
              <w:rPr>
                <w:color w:val="000000"/>
              </w:rPr>
              <w:t>☐ Other: __________________________</w:t>
            </w:r>
          </w:p>
        </w:tc>
        <w:tc>
          <w:tcPr>
            <w:tcW w:w="5040" w:type="dxa"/>
            <w:tcMar>
              <w:top w:w="100" w:type="dxa"/>
              <w:left w:w="120" w:type="dxa"/>
              <w:bottom w:w="100" w:type="dxa"/>
              <w:right w:w="120" w:type="dxa"/>
            </w:tcMar>
            <w:vAlign w:val="center"/>
          </w:tcPr>
          <w:p w14:paraId="09CB5C47" w14:textId="77777777" w:rsidR="00F00B39" w:rsidRDefault="00F00B39">
            <w:pPr>
              <w:spacing w:after="0"/>
            </w:pPr>
          </w:p>
        </w:tc>
      </w:tr>
    </w:tbl>
    <w:p w14:paraId="4C82C187" w14:textId="77777777" w:rsidR="00A67BF3" w:rsidRDefault="00A67BF3">
      <w:pPr>
        <w:spacing w:after="160"/>
        <w:rPr>
          <w:b/>
        </w:rPr>
      </w:pPr>
    </w:p>
    <w:p w14:paraId="6226F352" w14:textId="7965ABF5" w:rsidR="00F00B39" w:rsidRDefault="00DC63F8">
      <w:pPr>
        <w:spacing w:after="160"/>
      </w:pPr>
      <w:r>
        <w:rPr>
          <w:b/>
        </w:rPr>
        <w:t xml:space="preserve">Brief description of offering: </w:t>
      </w:r>
      <w:r>
        <w:t>__________________________________________________________</w:t>
      </w:r>
    </w:p>
    <w:p w14:paraId="0B51848F" w14:textId="77777777" w:rsidR="00F00B39" w:rsidRDefault="00DC63F8">
      <w:r>
        <w:t>________________________________________________________________________________________________</w:t>
      </w:r>
    </w:p>
    <w:p w14:paraId="5157076A" w14:textId="77777777" w:rsidR="00F00B39" w:rsidRDefault="00DC63F8">
      <w:r>
        <w:t>________________________________________________________________________________________________</w:t>
      </w:r>
    </w:p>
    <w:p w14:paraId="12C44075" w14:textId="77777777" w:rsidR="00F00B39" w:rsidRDefault="00DC63F8">
      <w:pPr>
        <w:pStyle w:val="Heading2"/>
      </w:pPr>
      <w:r>
        <w:t>Location Preference</w:t>
      </w:r>
    </w:p>
    <w:tbl>
      <w:tblPr>
        <w:tblW w:w="0" w:type="auto"/>
        <w:tblLook w:val="04A0" w:firstRow="1" w:lastRow="0" w:firstColumn="1" w:lastColumn="0" w:noHBand="0" w:noVBand="1"/>
      </w:tblPr>
      <w:tblGrid>
        <w:gridCol w:w="5040"/>
        <w:gridCol w:w="5040"/>
      </w:tblGrid>
      <w:tr w:rsidR="00F00B39" w14:paraId="56AE55AF" w14:textId="77777777">
        <w:tc>
          <w:tcPr>
            <w:tcW w:w="5040" w:type="dxa"/>
            <w:tcMar>
              <w:top w:w="100" w:type="dxa"/>
              <w:left w:w="120" w:type="dxa"/>
              <w:bottom w:w="100" w:type="dxa"/>
              <w:right w:w="120" w:type="dxa"/>
            </w:tcMar>
            <w:vAlign w:val="center"/>
          </w:tcPr>
          <w:p w14:paraId="0DE97EE8" w14:textId="77777777" w:rsidR="00F00B39" w:rsidRDefault="00DC63F8">
            <w:pPr>
              <w:spacing w:after="0"/>
            </w:pPr>
            <w:r>
              <w:rPr>
                <w:color w:val="000000"/>
              </w:rPr>
              <w:t>☐ Odd Fellows Hall</w:t>
            </w:r>
          </w:p>
        </w:tc>
        <w:tc>
          <w:tcPr>
            <w:tcW w:w="5040" w:type="dxa"/>
            <w:tcMar>
              <w:top w:w="100" w:type="dxa"/>
              <w:left w:w="120" w:type="dxa"/>
              <w:bottom w:w="100" w:type="dxa"/>
              <w:right w:w="120" w:type="dxa"/>
            </w:tcMar>
            <w:vAlign w:val="center"/>
          </w:tcPr>
          <w:p w14:paraId="51B638D0" w14:textId="77777777" w:rsidR="00F00B39" w:rsidRDefault="00DC63F8">
            <w:pPr>
              <w:spacing w:after="0"/>
            </w:pPr>
            <w:r>
              <w:rPr>
                <w:color w:val="000000"/>
              </w:rPr>
              <w:t>☐ Stanfield Pavilion at Edrich Farm</w:t>
            </w:r>
          </w:p>
        </w:tc>
      </w:tr>
    </w:tbl>
    <w:p w14:paraId="43901CB6" w14:textId="77777777" w:rsidR="0011401C" w:rsidRDefault="0011401C">
      <w:pPr>
        <w:spacing w:after="160"/>
        <w:rPr>
          <w:b/>
        </w:rPr>
      </w:pPr>
    </w:p>
    <w:p w14:paraId="7919F768" w14:textId="3FF20AAB" w:rsidR="00F00B39" w:rsidRDefault="00DC63F8">
      <w:pPr>
        <w:spacing w:after="160"/>
      </w:pPr>
      <w:r>
        <w:rPr>
          <w:b/>
        </w:rPr>
        <w:t xml:space="preserve">Amount enclosed: $ </w:t>
      </w:r>
      <w:r>
        <w:t>________________________</w:t>
      </w:r>
    </w:p>
    <w:p w14:paraId="3CBE41BA" w14:textId="2F6BD005" w:rsidR="00F00B39" w:rsidRDefault="00DC63F8" w:rsidP="009F4C1B">
      <w:pPr>
        <w:spacing w:before="160"/>
        <w:jc w:val="center"/>
      </w:pPr>
      <w:r>
        <w:rPr>
          <w:b/>
        </w:rPr>
        <w:t>Return form and payment to:</w:t>
      </w:r>
      <w:r>
        <w:rPr>
          <w:b/>
        </w:rPr>
        <w:br/>
        <w:t>Holiday Celebration in Granite-Woodstock - Craft Vendor</w:t>
      </w:r>
      <w:r>
        <w:rPr>
          <w:b/>
        </w:rPr>
        <w:br/>
      </w:r>
      <w:r>
        <w:t>Attn: Pam Adams, Chair</w:t>
      </w:r>
      <w:r>
        <w:br/>
        <w:t>400 Bridgestone Drive</w:t>
      </w:r>
      <w:r>
        <w:br/>
        <w:t>Eldersburg, MD 21784</w:t>
      </w:r>
    </w:p>
    <w:p w14:paraId="2915B5DA" w14:textId="40E6F3EE" w:rsidR="00A67BF3" w:rsidRPr="00A67BF3" w:rsidRDefault="00A67BF3" w:rsidP="00A67BF3">
      <w:pPr>
        <w:spacing w:before="160"/>
        <w:rPr>
          <w:b/>
          <w:bCs/>
          <w:color w:val="EE0000"/>
        </w:rPr>
      </w:pPr>
      <w:r w:rsidRPr="00A67BF3">
        <w:rPr>
          <w:b/>
          <w:bCs/>
          <w:color w:val="EE0000"/>
        </w:rPr>
        <w:t>Please make checks out to Pam Adams</w:t>
      </w:r>
    </w:p>
    <w:p w14:paraId="69EC59DB" w14:textId="77777777" w:rsidR="00F00B39" w:rsidRDefault="00DC63F8">
      <w:pPr>
        <w:pStyle w:val="Title"/>
        <w:jc w:val="center"/>
      </w:pPr>
      <w:r>
        <w:lastRenderedPageBreak/>
        <w:t>Gingerbread House Making and Lunch</w:t>
      </w:r>
    </w:p>
    <w:p w14:paraId="2B4005DE" w14:textId="77777777" w:rsidR="00F00B39" w:rsidRDefault="00DC63F8">
      <w:pPr>
        <w:spacing w:after="280"/>
        <w:jc w:val="center"/>
      </w:pPr>
      <w:r>
        <w:rPr>
          <w:b/>
          <w:sz w:val="24"/>
        </w:rPr>
        <w:t>Granite Presbyterian Church  |  11:00 a.m.-1:00 p.m.</w:t>
      </w:r>
    </w:p>
    <w:p w14:paraId="522DF149" w14:textId="77777777" w:rsidR="00F00B39" w:rsidRDefault="00DC63F8">
      <w:r>
        <w:t>The $20 registration includes one gingerbread house kit with decorations and lunch consisting of soup, bread, and dessert.</w:t>
      </w:r>
    </w:p>
    <w:p w14:paraId="478E5CFA" w14:textId="77777777" w:rsidR="00F00B39" w:rsidRDefault="00DC63F8" w:rsidP="0011401C">
      <w:pPr>
        <w:spacing w:before="240" w:after="0"/>
      </w:pPr>
      <w:r>
        <w:rPr>
          <w:b/>
        </w:rPr>
        <w:t xml:space="preserve">Name: </w:t>
      </w:r>
      <w:r>
        <w:t>__________________________________________________________________</w:t>
      </w:r>
    </w:p>
    <w:p w14:paraId="1F7C44DB" w14:textId="77777777" w:rsidR="0011401C" w:rsidRDefault="0011401C" w:rsidP="0011401C">
      <w:pPr>
        <w:spacing w:before="240" w:after="160"/>
        <w:rPr>
          <w:b/>
        </w:rPr>
      </w:pPr>
    </w:p>
    <w:p w14:paraId="3B91CC65" w14:textId="64EAD1B7" w:rsidR="00F00B39" w:rsidRDefault="00DC63F8" w:rsidP="0011401C">
      <w:pPr>
        <w:spacing w:after="160"/>
      </w:pPr>
      <w:r>
        <w:rPr>
          <w:b/>
        </w:rPr>
        <w:t xml:space="preserve">Phone: </w:t>
      </w:r>
      <w:r>
        <w:t>__________________________________________________________________</w:t>
      </w:r>
    </w:p>
    <w:p w14:paraId="7F862B5D" w14:textId="77777777" w:rsidR="0011401C" w:rsidRDefault="0011401C" w:rsidP="0011401C">
      <w:pPr>
        <w:spacing w:after="160"/>
        <w:rPr>
          <w:b/>
        </w:rPr>
      </w:pPr>
    </w:p>
    <w:p w14:paraId="635B15E8" w14:textId="4FDD800C" w:rsidR="00F00B39" w:rsidRDefault="00DC63F8" w:rsidP="0011401C">
      <w:pPr>
        <w:spacing w:before="240" w:after="160"/>
      </w:pPr>
      <w:r>
        <w:rPr>
          <w:b/>
        </w:rPr>
        <w:t xml:space="preserve">Number attending: </w:t>
      </w:r>
      <w:r>
        <w:t>____________________</w:t>
      </w:r>
    </w:p>
    <w:p w14:paraId="43995EBC" w14:textId="77777777" w:rsidR="009F4C1B" w:rsidRDefault="009F4C1B">
      <w:pPr>
        <w:rPr>
          <w:b/>
        </w:rPr>
      </w:pPr>
    </w:p>
    <w:p w14:paraId="38644F9B" w14:textId="6BBCC333" w:rsidR="00F00B39" w:rsidRDefault="00DC63F8">
      <w:r>
        <w:rPr>
          <w:b/>
        </w:rPr>
        <w:t>Number attending × $20 per person = Total enclosed: $</w:t>
      </w:r>
      <w:r>
        <w:t>________________</w:t>
      </w:r>
    </w:p>
    <w:p w14:paraId="7CC2AE02" w14:textId="77777777" w:rsidR="009F4C1B" w:rsidRDefault="009F4C1B">
      <w:pPr>
        <w:rPr>
          <w:b/>
        </w:rPr>
      </w:pPr>
    </w:p>
    <w:p w14:paraId="7B4EBD7B" w14:textId="6DD418A7" w:rsidR="00F00B39" w:rsidRDefault="00DC63F8">
      <w:r>
        <w:rPr>
          <w:b/>
        </w:rPr>
        <w:t>Reservation deadline: November 20, 2026.</w:t>
      </w:r>
    </w:p>
    <w:p w14:paraId="6924FBA3" w14:textId="77777777" w:rsidR="009F4C1B" w:rsidRDefault="009F4C1B">
      <w:pPr>
        <w:spacing w:before="160"/>
        <w:rPr>
          <w:b/>
        </w:rPr>
      </w:pPr>
    </w:p>
    <w:p w14:paraId="16C7FF2A" w14:textId="539A7FC8" w:rsidR="00F00B39" w:rsidRDefault="00DC63F8" w:rsidP="009F4C1B">
      <w:pPr>
        <w:spacing w:before="160"/>
        <w:jc w:val="center"/>
      </w:pPr>
      <w:r>
        <w:rPr>
          <w:b/>
        </w:rPr>
        <w:t>Return form and payment to:</w:t>
      </w:r>
      <w:r>
        <w:rPr>
          <w:b/>
        </w:rPr>
        <w:br/>
        <w:t>Granite Presbyterian Church - Gingerbread House Making</w:t>
      </w:r>
      <w:r>
        <w:rPr>
          <w:b/>
        </w:rPr>
        <w:br/>
      </w:r>
      <w:r>
        <w:t>Attn: Joyce Peugh</w:t>
      </w:r>
      <w:r>
        <w:br/>
        <w:t>10637 Old Court Road</w:t>
      </w:r>
      <w:r>
        <w:br/>
        <w:t>Granite, MD 21163</w:t>
      </w:r>
    </w:p>
    <w:p w14:paraId="6F088FDB" w14:textId="77777777" w:rsidR="00A67BF3" w:rsidRDefault="00A67BF3" w:rsidP="009F4C1B">
      <w:pPr>
        <w:spacing w:before="160"/>
        <w:jc w:val="center"/>
      </w:pPr>
    </w:p>
    <w:p w14:paraId="76ECAC59" w14:textId="79D5AB35" w:rsidR="00A67BF3" w:rsidRPr="00A67BF3" w:rsidRDefault="00A67BF3" w:rsidP="00A67BF3">
      <w:pPr>
        <w:spacing w:before="160"/>
        <w:rPr>
          <w:b/>
          <w:bCs/>
        </w:rPr>
      </w:pPr>
      <w:r w:rsidRPr="00A67BF3">
        <w:rPr>
          <w:b/>
          <w:bCs/>
          <w:color w:val="EE0000"/>
        </w:rPr>
        <w:t>Please make checks out to Grantie Presbyterian Church</w:t>
      </w:r>
    </w:p>
    <w:p w14:paraId="3BF0272C" w14:textId="20983F48" w:rsidR="00A67BF3" w:rsidRPr="00A67BF3" w:rsidRDefault="00DC63F8" w:rsidP="00A67BF3">
      <w:r>
        <w:br w:type="page"/>
      </w:r>
    </w:p>
    <w:p w14:paraId="0D2D450F" w14:textId="741EFD88" w:rsidR="00F00B39" w:rsidRDefault="00DC63F8">
      <w:pPr>
        <w:pStyle w:val="Title"/>
        <w:jc w:val="center"/>
      </w:pPr>
      <w:r>
        <w:lastRenderedPageBreak/>
        <w:t>Holiday Historic Open House Tours</w:t>
      </w:r>
    </w:p>
    <w:p w14:paraId="1CBF1204" w14:textId="77777777" w:rsidR="00F00B39" w:rsidRDefault="00DC63F8">
      <w:pPr>
        <w:spacing w:after="280"/>
        <w:jc w:val="center"/>
      </w:pPr>
      <w:r>
        <w:rPr>
          <w:b/>
          <w:sz w:val="24"/>
        </w:rPr>
        <w:t>Granite Historical Society  |  10:00 a.m.-2:00 p.m.</w:t>
      </w:r>
    </w:p>
    <w:p w14:paraId="6922D474" w14:textId="77777777" w:rsidR="00F00B39" w:rsidRDefault="00DC63F8">
      <w:r>
        <w:t>Tour four historic properties decorated for the holidays:</w:t>
      </w:r>
    </w:p>
    <w:p w14:paraId="783D5E66" w14:textId="77777777" w:rsidR="00F00B39" w:rsidRDefault="00DC63F8">
      <w:pPr>
        <w:pStyle w:val="ListBullet"/>
      </w:pPr>
      <w:r>
        <w:t>10623 St. Paul Avenue - built in 1894; currently owned by Steve and Lisa Libowitz.</w:t>
      </w:r>
    </w:p>
    <w:p w14:paraId="655B5D59" w14:textId="77777777" w:rsidR="00F00B39" w:rsidRDefault="00DC63F8">
      <w:pPr>
        <w:pStyle w:val="ListBullet"/>
      </w:pPr>
      <w:r>
        <w:t>10611 St. Paul Avenue - built in 1886; currently owned by Stephen Sweigart and Margaret Usher.</w:t>
      </w:r>
    </w:p>
    <w:p w14:paraId="7D19078E" w14:textId="77777777" w:rsidR="00F00B39" w:rsidRDefault="00DC63F8">
      <w:pPr>
        <w:pStyle w:val="ListBullet"/>
      </w:pPr>
      <w:r>
        <w:t>10621 St. Paul Avenue - built in 1926; currently owned by Phillip and Erin Guarino.</w:t>
      </w:r>
    </w:p>
    <w:p w14:paraId="4443C5D3" w14:textId="77777777" w:rsidR="00F00B39" w:rsidRDefault="00DC63F8">
      <w:pPr>
        <w:pStyle w:val="ListBullet"/>
      </w:pPr>
      <w:r>
        <w:t>10612 Old Court Road - schoolhouse built in 1879; currently owned by Melanie de Boer.</w:t>
      </w:r>
    </w:p>
    <w:p w14:paraId="3FE941EE" w14:textId="77777777" w:rsidR="0011401C" w:rsidRDefault="0011401C">
      <w:pPr>
        <w:spacing w:after="160"/>
        <w:rPr>
          <w:b/>
        </w:rPr>
      </w:pPr>
    </w:p>
    <w:p w14:paraId="7709176D" w14:textId="0AAA3CC0" w:rsidR="00F00B39" w:rsidRDefault="00DC63F8">
      <w:pPr>
        <w:spacing w:after="160"/>
      </w:pPr>
      <w:r>
        <w:rPr>
          <w:b/>
        </w:rPr>
        <w:t xml:space="preserve">Name: </w:t>
      </w:r>
      <w:r>
        <w:t>__________________________________________________________________</w:t>
      </w:r>
    </w:p>
    <w:p w14:paraId="3147EA5E" w14:textId="77777777" w:rsidR="0011401C" w:rsidRDefault="0011401C">
      <w:pPr>
        <w:spacing w:after="160"/>
        <w:rPr>
          <w:b/>
        </w:rPr>
      </w:pPr>
    </w:p>
    <w:p w14:paraId="32D4A064" w14:textId="5453E368" w:rsidR="00F00B39" w:rsidRDefault="00DC63F8">
      <w:pPr>
        <w:spacing w:after="160"/>
      </w:pPr>
      <w:r>
        <w:rPr>
          <w:b/>
        </w:rPr>
        <w:t xml:space="preserve">Phone: </w:t>
      </w:r>
      <w:r>
        <w:t>__________________________________________________________________</w:t>
      </w:r>
    </w:p>
    <w:p w14:paraId="51EDB13F" w14:textId="77777777" w:rsidR="0011401C" w:rsidRDefault="0011401C">
      <w:pPr>
        <w:spacing w:after="160"/>
        <w:rPr>
          <w:b/>
        </w:rPr>
      </w:pPr>
    </w:p>
    <w:p w14:paraId="2219F678" w14:textId="2EF6ECF8" w:rsidR="00F00B39" w:rsidRDefault="00DC63F8">
      <w:pPr>
        <w:spacing w:after="160"/>
      </w:pPr>
      <w:r>
        <w:rPr>
          <w:b/>
        </w:rPr>
        <w:t xml:space="preserve">Number attending: </w:t>
      </w:r>
      <w:r>
        <w:t>____________________</w:t>
      </w:r>
    </w:p>
    <w:p w14:paraId="4E160EAB" w14:textId="77777777" w:rsidR="009F4C1B" w:rsidRDefault="009F4C1B">
      <w:pPr>
        <w:rPr>
          <w:b/>
        </w:rPr>
      </w:pPr>
    </w:p>
    <w:p w14:paraId="591120C6" w14:textId="13569432" w:rsidR="00F00B39" w:rsidRDefault="00DC63F8">
      <w:r>
        <w:rPr>
          <w:b/>
        </w:rPr>
        <w:t>Number attending</w:t>
      </w:r>
      <w:r w:rsidR="00CF4C2C">
        <w:t>: _______</w:t>
      </w:r>
      <w:r>
        <w:t>____</w:t>
      </w:r>
    </w:p>
    <w:p w14:paraId="3794E45E" w14:textId="77777777" w:rsidR="009F4C1B" w:rsidRDefault="009F4C1B">
      <w:pPr>
        <w:spacing w:before="160"/>
        <w:rPr>
          <w:b/>
        </w:rPr>
      </w:pPr>
    </w:p>
    <w:p w14:paraId="01233B34" w14:textId="1E1C8815" w:rsidR="00F00B39" w:rsidRDefault="00DC63F8" w:rsidP="009F4C1B">
      <w:pPr>
        <w:spacing w:before="160"/>
        <w:jc w:val="center"/>
      </w:pPr>
      <w:r>
        <w:rPr>
          <w:b/>
        </w:rPr>
        <w:t>Return form to:</w:t>
      </w:r>
      <w:r>
        <w:rPr>
          <w:b/>
        </w:rPr>
        <w:br/>
        <w:t>Holiday Celebration in Granite-Woodstock - Historical House Tour</w:t>
      </w:r>
      <w:r>
        <w:rPr>
          <w:b/>
        </w:rPr>
        <w:br/>
      </w:r>
      <w:r>
        <w:t>Attn: Pam Adams, Chair</w:t>
      </w:r>
      <w:r>
        <w:br/>
        <w:t>400 Bridgestone Drive</w:t>
      </w:r>
      <w:r>
        <w:br/>
        <w:t>Eldersburg, MD 21784</w:t>
      </w:r>
    </w:p>
    <w:p w14:paraId="3FA2E340" w14:textId="77777777" w:rsidR="00F00B39" w:rsidRDefault="00DC63F8">
      <w:r>
        <w:br w:type="page"/>
      </w:r>
    </w:p>
    <w:p w14:paraId="59D80815" w14:textId="688A0ED4" w:rsidR="00F00B39" w:rsidRDefault="00F00B39"/>
    <w:p w14:paraId="4FBAFC86" w14:textId="42042AF6" w:rsidR="00F00B39" w:rsidRDefault="00DC63F8" w:rsidP="009F4C1B">
      <w:pPr>
        <w:pStyle w:val="Title"/>
        <w:spacing w:after="0"/>
        <w:jc w:val="center"/>
      </w:pPr>
      <w:r>
        <w:t>Granite</w:t>
      </w:r>
      <w:r w:rsidR="0011401C">
        <w:t>-Woodstock</w:t>
      </w:r>
      <w:r>
        <w:t xml:space="preserve"> Holiday Parade</w:t>
      </w:r>
    </w:p>
    <w:p w14:paraId="537673ED" w14:textId="77777777" w:rsidR="00F00B39" w:rsidRDefault="00DC63F8">
      <w:pPr>
        <w:spacing w:after="280"/>
        <w:jc w:val="center"/>
      </w:pPr>
      <w:r>
        <w:rPr>
          <w:b/>
          <w:sz w:val="24"/>
        </w:rPr>
        <w:t>Participation Form</w:t>
      </w:r>
    </w:p>
    <w:p w14:paraId="024A1D5F" w14:textId="77777777" w:rsidR="00F00B39" w:rsidRDefault="00DC63F8" w:rsidP="0011401C">
      <w:pPr>
        <w:spacing w:after="160" w:line="360" w:lineRule="auto"/>
      </w:pPr>
      <w:r>
        <w:rPr>
          <w:b/>
        </w:rPr>
        <w:t xml:space="preserve">Group or organization name: </w:t>
      </w:r>
      <w:r>
        <w:t>__________________________________________________________________</w:t>
      </w:r>
    </w:p>
    <w:p w14:paraId="705589EB" w14:textId="77777777" w:rsidR="00F00B39" w:rsidRDefault="00DC63F8" w:rsidP="0011401C">
      <w:pPr>
        <w:spacing w:after="160" w:line="360" w:lineRule="auto"/>
      </w:pPr>
      <w:r>
        <w:rPr>
          <w:b/>
        </w:rPr>
        <w:t xml:space="preserve">Contact person: </w:t>
      </w:r>
      <w:r>
        <w:t>__________________________________________________________________</w:t>
      </w:r>
    </w:p>
    <w:p w14:paraId="1C98F65C" w14:textId="77777777" w:rsidR="00F00B39" w:rsidRDefault="00DC63F8" w:rsidP="0011401C">
      <w:pPr>
        <w:spacing w:after="160" w:line="360" w:lineRule="auto"/>
      </w:pPr>
      <w:r>
        <w:rPr>
          <w:b/>
        </w:rPr>
        <w:t xml:space="preserve">Mailing address: </w:t>
      </w:r>
      <w:r>
        <w:t>__________________________________________________________________</w:t>
      </w:r>
    </w:p>
    <w:p w14:paraId="332FE6BD" w14:textId="77777777" w:rsidR="00F00B39" w:rsidRDefault="00DC63F8" w:rsidP="0011401C">
      <w:pPr>
        <w:spacing w:after="160" w:line="360" w:lineRule="auto"/>
      </w:pPr>
      <w:r>
        <w:rPr>
          <w:b/>
        </w:rPr>
        <w:t xml:space="preserve">City, state, ZIP: </w:t>
      </w:r>
      <w:r>
        <w:t>__________________________________________________________________</w:t>
      </w:r>
    </w:p>
    <w:p w14:paraId="4FB3A6CB" w14:textId="77777777" w:rsidR="00F00B39" w:rsidRDefault="00DC63F8" w:rsidP="0011401C">
      <w:pPr>
        <w:spacing w:after="160" w:line="360" w:lineRule="auto"/>
      </w:pPr>
      <w:r>
        <w:rPr>
          <w:b/>
        </w:rPr>
        <w:t xml:space="preserve">Mobile phone: </w:t>
      </w:r>
      <w:r>
        <w:t>__________________________________________________________________</w:t>
      </w:r>
    </w:p>
    <w:p w14:paraId="3A12942F" w14:textId="77777777" w:rsidR="00F00B39" w:rsidRDefault="00DC63F8" w:rsidP="0011401C">
      <w:pPr>
        <w:spacing w:after="160" w:line="360" w:lineRule="auto"/>
      </w:pPr>
      <w:r>
        <w:rPr>
          <w:b/>
        </w:rPr>
        <w:t xml:space="preserve">Email: </w:t>
      </w:r>
      <w:r>
        <w:t>__________________________________________________________________</w:t>
      </w:r>
    </w:p>
    <w:p w14:paraId="75CBB220" w14:textId="77777777" w:rsidR="00F00B39" w:rsidRDefault="00DC63F8">
      <w:pPr>
        <w:pStyle w:val="Heading2"/>
      </w:pPr>
      <w:r>
        <w:t>Entry Type and Size</w:t>
      </w:r>
    </w:p>
    <w:tbl>
      <w:tblPr>
        <w:tblStyle w:val="TableGrid"/>
        <w:tblW w:w="0" w:type="auto"/>
        <w:jc w:val="center"/>
        <w:tblLook w:val="04A0" w:firstRow="1" w:lastRow="0" w:firstColumn="1" w:lastColumn="0" w:noHBand="0" w:noVBand="1"/>
      </w:tblPr>
      <w:tblGrid>
        <w:gridCol w:w="4896"/>
        <w:gridCol w:w="5040"/>
      </w:tblGrid>
      <w:tr w:rsidR="00F00B39" w14:paraId="05A9C0FC" w14:textId="77777777">
        <w:trPr>
          <w:tblHeader/>
          <w:jc w:val="center"/>
        </w:trPr>
        <w:tc>
          <w:tcPr>
            <w:tcW w:w="4896" w:type="dxa"/>
            <w:shd w:val="clear" w:color="auto" w:fill="D9EAF7"/>
            <w:tcMar>
              <w:top w:w="100" w:type="dxa"/>
              <w:left w:w="120" w:type="dxa"/>
              <w:bottom w:w="100" w:type="dxa"/>
              <w:right w:w="120" w:type="dxa"/>
            </w:tcMar>
            <w:vAlign w:val="center"/>
          </w:tcPr>
          <w:p w14:paraId="227D7AC6" w14:textId="77777777" w:rsidR="00F00B39" w:rsidRDefault="00DC63F8">
            <w:pPr>
              <w:spacing w:after="0"/>
            </w:pPr>
            <w:r>
              <w:rPr>
                <w:b/>
                <w:color w:val="000000"/>
                <w:sz w:val="20"/>
              </w:rPr>
              <w:t>Entry type</w:t>
            </w:r>
          </w:p>
        </w:tc>
        <w:tc>
          <w:tcPr>
            <w:tcW w:w="5040" w:type="dxa"/>
            <w:shd w:val="clear" w:color="auto" w:fill="D9EAF7"/>
            <w:tcMar>
              <w:top w:w="100" w:type="dxa"/>
              <w:left w:w="120" w:type="dxa"/>
              <w:bottom w:w="100" w:type="dxa"/>
              <w:right w:w="120" w:type="dxa"/>
            </w:tcMar>
            <w:vAlign w:val="center"/>
          </w:tcPr>
          <w:p w14:paraId="42DBCF3A" w14:textId="77777777" w:rsidR="00F00B39" w:rsidRDefault="00DC63F8">
            <w:pPr>
              <w:spacing w:after="0"/>
            </w:pPr>
            <w:r>
              <w:rPr>
                <w:b/>
                <w:color w:val="000000"/>
                <w:sz w:val="20"/>
              </w:rPr>
              <w:t>Quantity or approximate group size</w:t>
            </w:r>
          </w:p>
        </w:tc>
      </w:tr>
      <w:tr w:rsidR="00F00B39" w14:paraId="091FD178" w14:textId="77777777">
        <w:trPr>
          <w:jc w:val="center"/>
        </w:trPr>
        <w:tc>
          <w:tcPr>
            <w:tcW w:w="4896" w:type="dxa"/>
            <w:tcMar>
              <w:top w:w="100" w:type="dxa"/>
              <w:left w:w="120" w:type="dxa"/>
              <w:bottom w:w="100" w:type="dxa"/>
              <w:right w:w="120" w:type="dxa"/>
            </w:tcMar>
            <w:vAlign w:val="center"/>
          </w:tcPr>
          <w:p w14:paraId="5C5D4003" w14:textId="77777777" w:rsidR="00F00B39" w:rsidRDefault="00DC63F8">
            <w:pPr>
              <w:spacing w:after="0"/>
            </w:pPr>
            <w:r>
              <w:rPr>
                <w:color w:val="000000"/>
                <w:sz w:val="20"/>
              </w:rPr>
              <w:t>☐ Float</w:t>
            </w:r>
          </w:p>
        </w:tc>
        <w:tc>
          <w:tcPr>
            <w:tcW w:w="5040" w:type="dxa"/>
            <w:tcMar>
              <w:top w:w="100" w:type="dxa"/>
              <w:left w:w="120" w:type="dxa"/>
              <w:bottom w:w="100" w:type="dxa"/>
              <w:right w:w="120" w:type="dxa"/>
            </w:tcMar>
            <w:vAlign w:val="center"/>
          </w:tcPr>
          <w:p w14:paraId="006DA356" w14:textId="5F984D4B" w:rsidR="00F00B39" w:rsidRDefault="00F00B39">
            <w:pPr>
              <w:spacing w:after="0"/>
            </w:pPr>
          </w:p>
        </w:tc>
      </w:tr>
      <w:tr w:rsidR="00F00B39" w14:paraId="31CCE67B" w14:textId="77777777">
        <w:trPr>
          <w:jc w:val="center"/>
        </w:trPr>
        <w:tc>
          <w:tcPr>
            <w:tcW w:w="4896" w:type="dxa"/>
            <w:tcMar>
              <w:top w:w="100" w:type="dxa"/>
              <w:left w:w="120" w:type="dxa"/>
              <w:bottom w:w="100" w:type="dxa"/>
              <w:right w:w="120" w:type="dxa"/>
            </w:tcMar>
            <w:vAlign w:val="center"/>
          </w:tcPr>
          <w:p w14:paraId="24B3970D" w14:textId="77777777" w:rsidR="00F00B39" w:rsidRDefault="00DC63F8">
            <w:pPr>
              <w:spacing w:after="0"/>
            </w:pPr>
            <w:r>
              <w:rPr>
                <w:color w:val="000000"/>
                <w:sz w:val="20"/>
              </w:rPr>
              <w:t>☐ Motorcycle group</w:t>
            </w:r>
          </w:p>
        </w:tc>
        <w:tc>
          <w:tcPr>
            <w:tcW w:w="5040" w:type="dxa"/>
            <w:tcMar>
              <w:top w:w="100" w:type="dxa"/>
              <w:left w:w="120" w:type="dxa"/>
              <w:bottom w:w="100" w:type="dxa"/>
              <w:right w:w="120" w:type="dxa"/>
            </w:tcMar>
            <w:vAlign w:val="center"/>
          </w:tcPr>
          <w:p w14:paraId="18B6A461" w14:textId="70DA2B5B" w:rsidR="00F00B39" w:rsidRDefault="00F00B39">
            <w:pPr>
              <w:spacing w:after="0"/>
            </w:pPr>
          </w:p>
        </w:tc>
      </w:tr>
      <w:tr w:rsidR="00F00B39" w14:paraId="6B2A4A13" w14:textId="77777777">
        <w:trPr>
          <w:jc w:val="center"/>
        </w:trPr>
        <w:tc>
          <w:tcPr>
            <w:tcW w:w="4896" w:type="dxa"/>
            <w:tcMar>
              <w:top w:w="100" w:type="dxa"/>
              <w:left w:w="120" w:type="dxa"/>
              <w:bottom w:w="100" w:type="dxa"/>
              <w:right w:w="120" w:type="dxa"/>
            </w:tcMar>
            <w:vAlign w:val="center"/>
          </w:tcPr>
          <w:p w14:paraId="1CB2D896" w14:textId="77777777" w:rsidR="00F00B39" w:rsidRDefault="00DC63F8">
            <w:pPr>
              <w:spacing w:after="0"/>
            </w:pPr>
            <w:r>
              <w:rPr>
                <w:color w:val="000000"/>
                <w:sz w:val="20"/>
              </w:rPr>
              <w:t>☐ School marching band</w:t>
            </w:r>
          </w:p>
        </w:tc>
        <w:tc>
          <w:tcPr>
            <w:tcW w:w="5040" w:type="dxa"/>
            <w:tcMar>
              <w:top w:w="100" w:type="dxa"/>
              <w:left w:w="120" w:type="dxa"/>
              <w:bottom w:w="100" w:type="dxa"/>
              <w:right w:w="120" w:type="dxa"/>
            </w:tcMar>
            <w:vAlign w:val="center"/>
          </w:tcPr>
          <w:p w14:paraId="142BB0CC" w14:textId="7CBE3E96" w:rsidR="00F00B39" w:rsidRDefault="00F00B39">
            <w:pPr>
              <w:spacing w:after="0"/>
            </w:pPr>
          </w:p>
        </w:tc>
      </w:tr>
      <w:tr w:rsidR="00F00B39" w14:paraId="608896EC" w14:textId="77777777">
        <w:trPr>
          <w:jc w:val="center"/>
        </w:trPr>
        <w:tc>
          <w:tcPr>
            <w:tcW w:w="4896" w:type="dxa"/>
            <w:tcMar>
              <w:top w:w="100" w:type="dxa"/>
              <w:left w:w="120" w:type="dxa"/>
              <w:bottom w:w="100" w:type="dxa"/>
              <w:right w:w="120" w:type="dxa"/>
            </w:tcMar>
            <w:vAlign w:val="center"/>
          </w:tcPr>
          <w:p w14:paraId="5068B9CB" w14:textId="77777777" w:rsidR="00F00B39" w:rsidRDefault="00DC63F8">
            <w:pPr>
              <w:spacing w:after="0"/>
            </w:pPr>
            <w:r>
              <w:rPr>
                <w:color w:val="000000"/>
                <w:sz w:val="20"/>
              </w:rPr>
              <w:t>☐ Baton group</w:t>
            </w:r>
          </w:p>
        </w:tc>
        <w:tc>
          <w:tcPr>
            <w:tcW w:w="5040" w:type="dxa"/>
            <w:tcMar>
              <w:top w:w="100" w:type="dxa"/>
              <w:left w:w="120" w:type="dxa"/>
              <w:bottom w:w="100" w:type="dxa"/>
              <w:right w:w="120" w:type="dxa"/>
            </w:tcMar>
            <w:vAlign w:val="center"/>
          </w:tcPr>
          <w:p w14:paraId="5CAC7EC8" w14:textId="2973FC5A" w:rsidR="00F00B39" w:rsidRDefault="00F00B39">
            <w:pPr>
              <w:spacing w:after="0"/>
            </w:pPr>
          </w:p>
        </w:tc>
      </w:tr>
      <w:tr w:rsidR="00F00B39" w14:paraId="4F65D9D2" w14:textId="77777777">
        <w:trPr>
          <w:jc w:val="center"/>
        </w:trPr>
        <w:tc>
          <w:tcPr>
            <w:tcW w:w="4896" w:type="dxa"/>
            <w:tcMar>
              <w:top w:w="100" w:type="dxa"/>
              <w:left w:w="120" w:type="dxa"/>
              <w:bottom w:w="100" w:type="dxa"/>
              <w:right w:w="120" w:type="dxa"/>
            </w:tcMar>
            <w:vAlign w:val="center"/>
          </w:tcPr>
          <w:p w14:paraId="7312B486" w14:textId="77777777" w:rsidR="00F00B39" w:rsidRDefault="00DC63F8">
            <w:pPr>
              <w:spacing w:after="0"/>
            </w:pPr>
            <w:r>
              <w:rPr>
                <w:color w:val="000000"/>
                <w:sz w:val="20"/>
              </w:rPr>
              <w:t>☐ Tractor</w:t>
            </w:r>
          </w:p>
        </w:tc>
        <w:tc>
          <w:tcPr>
            <w:tcW w:w="5040" w:type="dxa"/>
            <w:tcMar>
              <w:top w:w="100" w:type="dxa"/>
              <w:left w:w="120" w:type="dxa"/>
              <w:bottom w:w="100" w:type="dxa"/>
              <w:right w:w="120" w:type="dxa"/>
            </w:tcMar>
            <w:vAlign w:val="center"/>
          </w:tcPr>
          <w:p w14:paraId="2FA45BE3" w14:textId="61A4C5E9" w:rsidR="00F00B39" w:rsidRDefault="00F00B39">
            <w:pPr>
              <w:spacing w:after="0"/>
            </w:pPr>
          </w:p>
        </w:tc>
      </w:tr>
      <w:tr w:rsidR="00F00B39" w14:paraId="6A585967" w14:textId="77777777">
        <w:trPr>
          <w:jc w:val="center"/>
        </w:trPr>
        <w:tc>
          <w:tcPr>
            <w:tcW w:w="4896" w:type="dxa"/>
            <w:tcMar>
              <w:top w:w="100" w:type="dxa"/>
              <w:left w:w="120" w:type="dxa"/>
              <w:bottom w:w="100" w:type="dxa"/>
              <w:right w:w="120" w:type="dxa"/>
            </w:tcMar>
            <w:vAlign w:val="center"/>
          </w:tcPr>
          <w:p w14:paraId="11623CA3" w14:textId="77777777" w:rsidR="00F00B39" w:rsidRDefault="00DC63F8">
            <w:pPr>
              <w:spacing w:after="0"/>
            </w:pPr>
            <w:r>
              <w:rPr>
                <w:color w:val="000000"/>
                <w:sz w:val="20"/>
              </w:rPr>
              <w:t>☐ Fire truck</w:t>
            </w:r>
          </w:p>
        </w:tc>
        <w:tc>
          <w:tcPr>
            <w:tcW w:w="5040" w:type="dxa"/>
            <w:tcMar>
              <w:top w:w="100" w:type="dxa"/>
              <w:left w:w="120" w:type="dxa"/>
              <w:bottom w:w="100" w:type="dxa"/>
              <w:right w:w="120" w:type="dxa"/>
            </w:tcMar>
            <w:vAlign w:val="center"/>
          </w:tcPr>
          <w:p w14:paraId="00BCE98C" w14:textId="094964D9" w:rsidR="00F00B39" w:rsidRDefault="00F00B39">
            <w:pPr>
              <w:spacing w:after="0"/>
            </w:pPr>
          </w:p>
        </w:tc>
      </w:tr>
      <w:tr w:rsidR="00F00B39" w14:paraId="2FC138EB" w14:textId="77777777">
        <w:trPr>
          <w:jc w:val="center"/>
        </w:trPr>
        <w:tc>
          <w:tcPr>
            <w:tcW w:w="4896" w:type="dxa"/>
            <w:tcMar>
              <w:top w:w="100" w:type="dxa"/>
              <w:left w:w="120" w:type="dxa"/>
              <w:bottom w:w="100" w:type="dxa"/>
              <w:right w:w="120" w:type="dxa"/>
            </w:tcMar>
            <w:vAlign w:val="center"/>
          </w:tcPr>
          <w:p w14:paraId="5A6AB170" w14:textId="77777777" w:rsidR="00F00B39" w:rsidRDefault="00DC63F8">
            <w:pPr>
              <w:spacing w:after="0"/>
            </w:pPr>
            <w:r>
              <w:rPr>
                <w:color w:val="000000"/>
                <w:sz w:val="20"/>
              </w:rPr>
              <w:t>☐ Antique car</w:t>
            </w:r>
          </w:p>
        </w:tc>
        <w:tc>
          <w:tcPr>
            <w:tcW w:w="5040" w:type="dxa"/>
            <w:tcMar>
              <w:top w:w="100" w:type="dxa"/>
              <w:left w:w="120" w:type="dxa"/>
              <w:bottom w:w="100" w:type="dxa"/>
              <w:right w:w="120" w:type="dxa"/>
            </w:tcMar>
            <w:vAlign w:val="center"/>
          </w:tcPr>
          <w:p w14:paraId="4A260601" w14:textId="5FAE8D35" w:rsidR="00F00B39" w:rsidRDefault="00F00B39">
            <w:pPr>
              <w:spacing w:after="0"/>
            </w:pPr>
          </w:p>
        </w:tc>
      </w:tr>
      <w:tr w:rsidR="00F00B39" w14:paraId="0D888F9D" w14:textId="77777777">
        <w:trPr>
          <w:jc w:val="center"/>
        </w:trPr>
        <w:tc>
          <w:tcPr>
            <w:tcW w:w="4896" w:type="dxa"/>
            <w:tcMar>
              <w:top w:w="100" w:type="dxa"/>
              <w:left w:w="120" w:type="dxa"/>
              <w:bottom w:w="100" w:type="dxa"/>
              <w:right w:w="120" w:type="dxa"/>
            </w:tcMar>
            <w:vAlign w:val="center"/>
          </w:tcPr>
          <w:p w14:paraId="22B16012" w14:textId="77777777" w:rsidR="00F00B39" w:rsidRDefault="00DC63F8">
            <w:pPr>
              <w:spacing w:after="0"/>
            </w:pPr>
            <w:r>
              <w:rPr>
                <w:color w:val="000000"/>
                <w:sz w:val="20"/>
              </w:rPr>
              <w:t>☐ Other: ________________________</w:t>
            </w:r>
          </w:p>
        </w:tc>
        <w:tc>
          <w:tcPr>
            <w:tcW w:w="5040" w:type="dxa"/>
            <w:tcMar>
              <w:top w:w="100" w:type="dxa"/>
              <w:left w:w="120" w:type="dxa"/>
              <w:bottom w:w="100" w:type="dxa"/>
              <w:right w:w="120" w:type="dxa"/>
            </w:tcMar>
            <w:vAlign w:val="center"/>
          </w:tcPr>
          <w:p w14:paraId="09BF5E12" w14:textId="466C02D2" w:rsidR="00F00B39" w:rsidRDefault="00F00B39">
            <w:pPr>
              <w:spacing w:after="0"/>
            </w:pPr>
          </w:p>
        </w:tc>
      </w:tr>
    </w:tbl>
    <w:p w14:paraId="12E47394" w14:textId="77777777" w:rsidR="0011401C" w:rsidRDefault="0011401C">
      <w:pPr>
        <w:spacing w:after="160"/>
        <w:rPr>
          <w:b/>
        </w:rPr>
      </w:pPr>
    </w:p>
    <w:p w14:paraId="4AFA40EB" w14:textId="38B50097" w:rsidR="00F00B39" w:rsidRDefault="00DC63F8">
      <w:pPr>
        <w:spacing w:after="160"/>
      </w:pPr>
      <w:r>
        <w:rPr>
          <w:b/>
        </w:rPr>
        <w:t xml:space="preserve">Additional description or special considerations: </w:t>
      </w:r>
      <w:r>
        <w:t>__________________________________________________</w:t>
      </w:r>
    </w:p>
    <w:p w14:paraId="73E2EDD0" w14:textId="77777777" w:rsidR="0011401C" w:rsidRDefault="0011401C" w:rsidP="0011401C">
      <w:pPr>
        <w:spacing w:after="160"/>
      </w:pPr>
      <w:r>
        <w:t>________________________________________________________________________________________________</w:t>
      </w:r>
    </w:p>
    <w:p w14:paraId="63CA2C09" w14:textId="77777777" w:rsidR="0011401C" w:rsidRDefault="0011401C" w:rsidP="0011401C">
      <w:pPr>
        <w:spacing w:after="160"/>
      </w:pPr>
      <w:r>
        <w:t>________________________________________________________________________________________________</w:t>
      </w:r>
    </w:p>
    <w:p w14:paraId="4913476A" w14:textId="77777777" w:rsidR="009F4C1B" w:rsidRDefault="009F4C1B">
      <w:pPr>
        <w:rPr>
          <w:b/>
        </w:rPr>
      </w:pPr>
    </w:p>
    <w:p w14:paraId="7D994AC3" w14:textId="7A3713B2" w:rsidR="00F00B39" w:rsidRDefault="00DC63F8">
      <w:r>
        <w:rPr>
          <w:b/>
        </w:rPr>
        <w:t xml:space="preserve">Registration deadline: </w:t>
      </w:r>
      <w:r w:rsidR="00BF0F05">
        <w:rPr>
          <w:b/>
        </w:rPr>
        <w:t>Novem</w:t>
      </w:r>
      <w:r>
        <w:rPr>
          <w:b/>
        </w:rPr>
        <w:t>ber 1, 2026.</w:t>
      </w:r>
    </w:p>
    <w:p w14:paraId="687A7AEA" w14:textId="03A7772B" w:rsidR="00253A07" w:rsidRDefault="00DC63F8" w:rsidP="009F4C1B">
      <w:pPr>
        <w:spacing w:before="160"/>
        <w:jc w:val="center"/>
      </w:pPr>
      <w:r>
        <w:rPr>
          <w:b/>
        </w:rPr>
        <w:t>Return completed form to:</w:t>
      </w:r>
      <w:r>
        <w:rPr>
          <w:b/>
        </w:rPr>
        <w:br/>
        <w:t>Holiday Celebration in Granite-Woodstock - Parade</w:t>
      </w:r>
      <w:r>
        <w:rPr>
          <w:b/>
        </w:rPr>
        <w:br/>
      </w:r>
      <w:r>
        <w:t>Attn: Pam Adams, Chair</w:t>
      </w:r>
      <w:r>
        <w:br/>
        <w:t>400 Bridgestone Drive</w:t>
      </w:r>
      <w:r>
        <w:br/>
        <w:t>Eldersburg, MD 21784</w:t>
      </w:r>
    </w:p>
    <w:p w14:paraId="62443904" w14:textId="77777777" w:rsidR="00253A07" w:rsidRDefault="00253A07" w:rsidP="00253A07">
      <w:pPr>
        <w:pStyle w:val="Title"/>
        <w:jc w:val="center"/>
      </w:pPr>
      <w:r>
        <w:lastRenderedPageBreak/>
        <w:t>Participation and Payment Summary</w:t>
      </w:r>
    </w:p>
    <w:p w14:paraId="6E4C4B6E" w14:textId="141BCC09" w:rsidR="00253A07" w:rsidRPr="009F4C1B" w:rsidRDefault="00253A07" w:rsidP="00253A07">
      <w:pPr>
        <w:rPr>
          <w:b/>
          <w:bCs/>
        </w:rPr>
      </w:pPr>
      <w:r w:rsidRPr="009F4C1B">
        <w:rPr>
          <w:b/>
          <w:bCs/>
        </w:rPr>
        <w:t>Use this page to review the forms, activities, and payments and include with your packet. Because payments have different recipients, do not combine all charges into one check unless organizers provide different instructions.</w:t>
      </w:r>
    </w:p>
    <w:tbl>
      <w:tblPr>
        <w:tblStyle w:val="TableGrid"/>
        <w:tblW w:w="0" w:type="auto"/>
        <w:jc w:val="center"/>
        <w:tblLook w:val="04A0" w:firstRow="1" w:lastRow="0" w:firstColumn="1" w:lastColumn="0" w:noHBand="0" w:noVBand="1"/>
      </w:tblPr>
      <w:tblGrid>
        <w:gridCol w:w="4135"/>
        <w:gridCol w:w="2790"/>
        <w:gridCol w:w="1418"/>
        <w:gridCol w:w="1727"/>
      </w:tblGrid>
      <w:tr w:rsidR="00253A07" w14:paraId="6A59A3A6" w14:textId="77777777" w:rsidTr="00253A07">
        <w:trPr>
          <w:tblHeader/>
          <w:jc w:val="center"/>
        </w:trPr>
        <w:tc>
          <w:tcPr>
            <w:tcW w:w="4135" w:type="dxa"/>
            <w:shd w:val="clear" w:color="auto" w:fill="D9EAF7"/>
            <w:tcMar>
              <w:top w:w="100" w:type="dxa"/>
              <w:left w:w="120" w:type="dxa"/>
              <w:bottom w:w="100" w:type="dxa"/>
              <w:right w:w="120" w:type="dxa"/>
            </w:tcMar>
            <w:vAlign w:val="center"/>
          </w:tcPr>
          <w:p w14:paraId="7FF6BA43" w14:textId="77777777" w:rsidR="00253A07" w:rsidRDefault="00253A07" w:rsidP="00ED5FD3">
            <w:pPr>
              <w:spacing w:after="0"/>
            </w:pPr>
            <w:r>
              <w:rPr>
                <w:b/>
                <w:color w:val="000000"/>
                <w:sz w:val="19"/>
              </w:rPr>
              <w:t>Selection</w:t>
            </w:r>
          </w:p>
        </w:tc>
        <w:tc>
          <w:tcPr>
            <w:tcW w:w="2790" w:type="dxa"/>
            <w:shd w:val="clear" w:color="auto" w:fill="D9EAF7"/>
            <w:tcMar>
              <w:top w:w="100" w:type="dxa"/>
              <w:left w:w="120" w:type="dxa"/>
              <w:bottom w:w="100" w:type="dxa"/>
              <w:right w:w="120" w:type="dxa"/>
            </w:tcMar>
            <w:vAlign w:val="center"/>
          </w:tcPr>
          <w:p w14:paraId="37548D8F" w14:textId="070783FE" w:rsidR="00253A07" w:rsidRDefault="00253A07" w:rsidP="00ED5FD3">
            <w:pPr>
              <w:spacing w:after="0"/>
              <w:jc w:val="center"/>
            </w:pPr>
            <w:r>
              <w:rPr>
                <w:b/>
                <w:color w:val="000000"/>
                <w:sz w:val="19"/>
              </w:rPr>
              <w:t>Quantity or Option(s)</w:t>
            </w:r>
          </w:p>
        </w:tc>
        <w:tc>
          <w:tcPr>
            <w:tcW w:w="1418" w:type="dxa"/>
            <w:shd w:val="clear" w:color="auto" w:fill="D9EAF7"/>
            <w:tcMar>
              <w:top w:w="100" w:type="dxa"/>
              <w:left w:w="120" w:type="dxa"/>
              <w:bottom w:w="100" w:type="dxa"/>
              <w:right w:w="120" w:type="dxa"/>
            </w:tcMar>
            <w:vAlign w:val="center"/>
          </w:tcPr>
          <w:p w14:paraId="41C76C1C" w14:textId="77777777" w:rsidR="00253A07" w:rsidRDefault="00253A07" w:rsidP="00ED5FD3">
            <w:pPr>
              <w:spacing w:after="0"/>
              <w:jc w:val="center"/>
            </w:pPr>
            <w:r>
              <w:rPr>
                <w:b/>
                <w:color w:val="000000"/>
                <w:sz w:val="19"/>
              </w:rPr>
              <w:t>Rate</w:t>
            </w:r>
          </w:p>
        </w:tc>
        <w:tc>
          <w:tcPr>
            <w:tcW w:w="1727" w:type="dxa"/>
            <w:shd w:val="clear" w:color="auto" w:fill="D9EAF7"/>
            <w:tcMar>
              <w:top w:w="100" w:type="dxa"/>
              <w:left w:w="120" w:type="dxa"/>
              <w:bottom w:w="100" w:type="dxa"/>
              <w:right w:w="120" w:type="dxa"/>
            </w:tcMar>
            <w:vAlign w:val="center"/>
          </w:tcPr>
          <w:p w14:paraId="1A8B3AC0" w14:textId="04AC4683" w:rsidR="00253A07" w:rsidRDefault="00253A07" w:rsidP="00ED5FD3">
            <w:pPr>
              <w:spacing w:after="0"/>
              <w:jc w:val="center"/>
            </w:pPr>
            <w:r>
              <w:rPr>
                <w:b/>
                <w:color w:val="000000"/>
                <w:sz w:val="19"/>
              </w:rPr>
              <w:t>Amount Enclosed</w:t>
            </w:r>
          </w:p>
        </w:tc>
      </w:tr>
      <w:tr w:rsidR="00253A07" w14:paraId="2225A534" w14:textId="77777777" w:rsidTr="00253A07">
        <w:trPr>
          <w:jc w:val="center"/>
        </w:trPr>
        <w:tc>
          <w:tcPr>
            <w:tcW w:w="4135" w:type="dxa"/>
            <w:tcMar>
              <w:top w:w="100" w:type="dxa"/>
              <w:left w:w="120" w:type="dxa"/>
              <w:bottom w:w="100" w:type="dxa"/>
              <w:right w:w="120" w:type="dxa"/>
            </w:tcMar>
            <w:vAlign w:val="center"/>
          </w:tcPr>
          <w:p w14:paraId="0BE81796" w14:textId="77777777" w:rsidR="00253A07" w:rsidRDefault="00253A07" w:rsidP="00ED5FD3">
            <w:pPr>
              <w:spacing w:after="0"/>
            </w:pPr>
            <w:r>
              <w:rPr>
                <w:color w:val="000000"/>
                <w:sz w:val="19"/>
              </w:rPr>
              <w:t>Holiday Celebration Community Keepsake</w:t>
            </w:r>
          </w:p>
        </w:tc>
        <w:tc>
          <w:tcPr>
            <w:tcW w:w="2790" w:type="dxa"/>
            <w:tcMar>
              <w:top w:w="100" w:type="dxa"/>
              <w:left w:w="120" w:type="dxa"/>
              <w:bottom w:w="100" w:type="dxa"/>
              <w:right w:w="120" w:type="dxa"/>
            </w:tcMar>
            <w:vAlign w:val="center"/>
          </w:tcPr>
          <w:p w14:paraId="61DD87C4" w14:textId="4A5AF63F" w:rsidR="00253A07" w:rsidRDefault="00253A07" w:rsidP="00ED5FD3">
            <w:pPr>
              <w:spacing w:after="0"/>
              <w:jc w:val="center"/>
            </w:pPr>
          </w:p>
        </w:tc>
        <w:tc>
          <w:tcPr>
            <w:tcW w:w="1418" w:type="dxa"/>
            <w:tcMar>
              <w:top w:w="100" w:type="dxa"/>
              <w:left w:w="120" w:type="dxa"/>
              <w:bottom w:w="100" w:type="dxa"/>
              <w:right w:w="120" w:type="dxa"/>
            </w:tcMar>
            <w:vAlign w:val="center"/>
          </w:tcPr>
          <w:p w14:paraId="0AAE65D7" w14:textId="77777777" w:rsidR="00253A07" w:rsidRDefault="00253A07" w:rsidP="00ED5FD3">
            <w:pPr>
              <w:spacing w:after="0"/>
              <w:jc w:val="center"/>
            </w:pPr>
            <w:r>
              <w:rPr>
                <w:color w:val="000000"/>
                <w:sz w:val="19"/>
              </w:rPr>
              <w:t>$________</w:t>
            </w:r>
          </w:p>
        </w:tc>
        <w:tc>
          <w:tcPr>
            <w:tcW w:w="1727" w:type="dxa"/>
            <w:tcMar>
              <w:top w:w="100" w:type="dxa"/>
              <w:left w:w="120" w:type="dxa"/>
              <w:bottom w:w="100" w:type="dxa"/>
              <w:right w:w="120" w:type="dxa"/>
            </w:tcMar>
            <w:vAlign w:val="center"/>
          </w:tcPr>
          <w:p w14:paraId="5F859157" w14:textId="5559D034" w:rsidR="00253A07" w:rsidRDefault="00253A07" w:rsidP="00253A07">
            <w:pPr>
              <w:spacing w:after="0"/>
            </w:pPr>
            <w:r>
              <w:rPr>
                <w:color w:val="000000"/>
                <w:sz w:val="19"/>
              </w:rPr>
              <w:t>$</w:t>
            </w:r>
          </w:p>
        </w:tc>
      </w:tr>
      <w:tr w:rsidR="00253A07" w14:paraId="0658CBA2" w14:textId="77777777" w:rsidTr="00253A07">
        <w:trPr>
          <w:jc w:val="center"/>
        </w:trPr>
        <w:tc>
          <w:tcPr>
            <w:tcW w:w="4135" w:type="dxa"/>
            <w:tcMar>
              <w:top w:w="100" w:type="dxa"/>
              <w:left w:w="120" w:type="dxa"/>
              <w:bottom w:w="100" w:type="dxa"/>
              <w:right w:w="120" w:type="dxa"/>
            </w:tcMar>
            <w:vAlign w:val="center"/>
          </w:tcPr>
          <w:p w14:paraId="193F7344" w14:textId="77777777" w:rsidR="00253A07" w:rsidRDefault="00253A07" w:rsidP="00ED5FD3">
            <w:pPr>
              <w:spacing w:after="0"/>
            </w:pPr>
            <w:r>
              <w:rPr>
                <w:color w:val="000000"/>
                <w:sz w:val="19"/>
              </w:rPr>
              <w:t>Craft vendor space</w:t>
            </w:r>
          </w:p>
        </w:tc>
        <w:tc>
          <w:tcPr>
            <w:tcW w:w="2790" w:type="dxa"/>
            <w:tcMar>
              <w:top w:w="100" w:type="dxa"/>
              <w:left w:w="120" w:type="dxa"/>
              <w:bottom w:w="100" w:type="dxa"/>
              <w:right w:w="120" w:type="dxa"/>
            </w:tcMar>
            <w:vAlign w:val="center"/>
          </w:tcPr>
          <w:p w14:paraId="3235B419" w14:textId="1EA5AC1A" w:rsidR="00253A07" w:rsidRDefault="00253A07" w:rsidP="00ED5FD3">
            <w:pPr>
              <w:spacing w:after="0"/>
              <w:jc w:val="center"/>
            </w:pPr>
          </w:p>
        </w:tc>
        <w:tc>
          <w:tcPr>
            <w:tcW w:w="1418" w:type="dxa"/>
            <w:tcMar>
              <w:top w:w="100" w:type="dxa"/>
              <w:left w:w="120" w:type="dxa"/>
              <w:bottom w:w="100" w:type="dxa"/>
              <w:right w:w="120" w:type="dxa"/>
            </w:tcMar>
            <w:vAlign w:val="center"/>
          </w:tcPr>
          <w:p w14:paraId="514AE5FE" w14:textId="77777777" w:rsidR="00253A07" w:rsidRDefault="00253A07" w:rsidP="00ED5FD3">
            <w:pPr>
              <w:spacing w:after="0"/>
              <w:jc w:val="center"/>
            </w:pPr>
            <w:r>
              <w:rPr>
                <w:color w:val="000000"/>
                <w:sz w:val="19"/>
              </w:rPr>
              <w:t>$15</w:t>
            </w:r>
          </w:p>
        </w:tc>
        <w:tc>
          <w:tcPr>
            <w:tcW w:w="1727" w:type="dxa"/>
            <w:tcMar>
              <w:top w:w="100" w:type="dxa"/>
              <w:left w:w="120" w:type="dxa"/>
              <w:bottom w:w="100" w:type="dxa"/>
              <w:right w:w="120" w:type="dxa"/>
            </w:tcMar>
            <w:vAlign w:val="center"/>
          </w:tcPr>
          <w:p w14:paraId="416622FB" w14:textId="045118E5" w:rsidR="00253A07" w:rsidRDefault="00253A07" w:rsidP="00253A07">
            <w:pPr>
              <w:spacing w:after="0"/>
            </w:pPr>
            <w:r>
              <w:rPr>
                <w:color w:val="000000"/>
                <w:sz w:val="19"/>
              </w:rPr>
              <w:t>$</w:t>
            </w:r>
          </w:p>
        </w:tc>
      </w:tr>
      <w:tr w:rsidR="00253A07" w14:paraId="32670E5F" w14:textId="77777777" w:rsidTr="00253A07">
        <w:trPr>
          <w:jc w:val="center"/>
        </w:trPr>
        <w:tc>
          <w:tcPr>
            <w:tcW w:w="4135" w:type="dxa"/>
            <w:tcMar>
              <w:top w:w="100" w:type="dxa"/>
              <w:left w:w="120" w:type="dxa"/>
              <w:bottom w:w="100" w:type="dxa"/>
              <w:right w:w="120" w:type="dxa"/>
            </w:tcMar>
            <w:vAlign w:val="center"/>
          </w:tcPr>
          <w:p w14:paraId="1788AE2A" w14:textId="77777777" w:rsidR="00253A07" w:rsidRDefault="00253A07" w:rsidP="00ED5FD3">
            <w:pPr>
              <w:spacing w:after="0"/>
            </w:pPr>
            <w:r>
              <w:rPr>
                <w:color w:val="000000"/>
                <w:sz w:val="19"/>
              </w:rPr>
              <w:t>Gingerbread House Making and Lunch</w:t>
            </w:r>
          </w:p>
        </w:tc>
        <w:tc>
          <w:tcPr>
            <w:tcW w:w="2790" w:type="dxa"/>
            <w:tcMar>
              <w:top w:w="100" w:type="dxa"/>
              <w:left w:w="120" w:type="dxa"/>
              <w:bottom w:w="100" w:type="dxa"/>
              <w:right w:w="120" w:type="dxa"/>
            </w:tcMar>
            <w:vAlign w:val="center"/>
          </w:tcPr>
          <w:p w14:paraId="718E5074" w14:textId="54C8136C" w:rsidR="00253A07" w:rsidRDefault="00253A07" w:rsidP="00ED5FD3">
            <w:pPr>
              <w:spacing w:after="0"/>
              <w:jc w:val="center"/>
            </w:pPr>
            <w:r>
              <w:rPr>
                <w:color w:val="000000"/>
                <w:sz w:val="19"/>
              </w:rPr>
              <w:t>________ #people</w:t>
            </w:r>
          </w:p>
        </w:tc>
        <w:tc>
          <w:tcPr>
            <w:tcW w:w="1418" w:type="dxa"/>
            <w:tcMar>
              <w:top w:w="100" w:type="dxa"/>
              <w:left w:w="120" w:type="dxa"/>
              <w:bottom w:w="100" w:type="dxa"/>
              <w:right w:w="120" w:type="dxa"/>
            </w:tcMar>
            <w:vAlign w:val="center"/>
          </w:tcPr>
          <w:p w14:paraId="7BB1721D" w14:textId="77777777" w:rsidR="00253A07" w:rsidRDefault="00253A07" w:rsidP="00ED5FD3">
            <w:pPr>
              <w:spacing w:after="0"/>
              <w:jc w:val="center"/>
            </w:pPr>
            <w:r>
              <w:rPr>
                <w:color w:val="000000"/>
                <w:sz w:val="19"/>
              </w:rPr>
              <w:t>$20</w:t>
            </w:r>
          </w:p>
        </w:tc>
        <w:tc>
          <w:tcPr>
            <w:tcW w:w="1727" w:type="dxa"/>
            <w:tcMar>
              <w:top w:w="100" w:type="dxa"/>
              <w:left w:w="120" w:type="dxa"/>
              <w:bottom w:w="100" w:type="dxa"/>
              <w:right w:w="120" w:type="dxa"/>
            </w:tcMar>
            <w:vAlign w:val="center"/>
          </w:tcPr>
          <w:p w14:paraId="6173CC07" w14:textId="1EAFCF62" w:rsidR="00253A07" w:rsidRDefault="00253A07" w:rsidP="00253A07">
            <w:pPr>
              <w:spacing w:after="0"/>
            </w:pPr>
            <w:r>
              <w:rPr>
                <w:color w:val="000000"/>
                <w:sz w:val="19"/>
              </w:rPr>
              <w:t>$</w:t>
            </w:r>
          </w:p>
        </w:tc>
      </w:tr>
      <w:tr w:rsidR="00253A07" w14:paraId="6CFEF2C2" w14:textId="77777777" w:rsidTr="00253A07">
        <w:trPr>
          <w:jc w:val="center"/>
        </w:trPr>
        <w:tc>
          <w:tcPr>
            <w:tcW w:w="4135" w:type="dxa"/>
            <w:tcMar>
              <w:top w:w="100" w:type="dxa"/>
              <w:left w:w="120" w:type="dxa"/>
              <w:bottom w:w="100" w:type="dxa"/>
              <w:right w:w="120" w:type="dxa"/>
            </w:tcMar>
            <w:vAlign w:val="center"/>
          </w:tcPr>
          <w:p w14:paraId="369F2695" w14:textId="77777777" w:rsidR="00253A07" w:rsidRDefault="00253A07" w:rsidP="00ED5FD3">
            <w:pPr>
              <w:spacing w:after="0"/>
            </w:pPr>
            <w:r>
              <w:rPr>
                <w:color w:val="000000"/>
                <w:sz w:val="19"/>
              </w:rPr>
              <w:t>Holiday Historic Open House Tours</w:t>
            </w:r>
          </w:p>
        </w:tc>
        <w:tc>
          <w:tcPr>
            <w:tcW w:w="2790" w:type="dxa"/>
            <w:tcMar>
              <w:top w:w="100" w:type="dxa"/>
              <w:left w:w="120" w:type="dxa"/>
              <w:bottom w:w="100" w:type="dxa"/>
              <w:right w:w="120" w:type="dxa"/>
            </w:tcMar>
            <w:vAlign w:val="center"/>
          </w:tcPr>
          <w:p w14:paraId="1297F454" w14:textId="1A9DF5FF" w:rsidR="00253A07" w:rsidRDefault="00253A07" w:rsidP="00ED5FD3">
            <w:pPr>
              <w:spacing w:after="0"/>
              <w:jc w:val="center"/>
            </w:pPr>
            <w:r>
              <w:rPr>
                <w:color w:val="000000"/>
                <w:sz w:val="19"/>
              </w:rPr>
              <w:t>________ #people</w:t>
            </w:r>
          </w:p>
        </w:tc>
        <w:tc>
          <w:tcPr>
            <w:tcW w:w="1418" w:type="dxa"/>
            <w:tcMar>
              <w:top w:w="100" w:type="dxa"/>
              <w:left w:w="120" w:type="dxa"/>
              <w:bottom w:w="100" w:type="dxa"/>
              <w:right w:w="120" w:type="dxa"/>
            </w:tcMar>
            <w:vAlign w:val="center"/>
          </w:tcPr>
          <w:p w14:paraId="6A84F7F4" w14:textId="232EB81D" w:rsidR="00253A07" w:rsidRDefault="00253A07" w:rsidP="00BF0F05">
            <w:pPr>
              <w:spacing w:after="0"/>
            </w:pPr>
          </w:p>
        </w:tc>
        <w:tc>
          <w:tcPr>
            <w:tcW w:w="1727" w:type="dxa"/>
            <w:tcMar>
              <w:top w:w="100" w:type="dxa"/>
              <w:left w:w="120" w:type="dxa"/>
              <w:bottom w:w="100" w:type="dxa"/>
              <w:right w:w="120" w:type="dxa"/>
            </w:tcMar>
            <w:vAlign w:val="center"/>
          </w:tcPr>
          <w:p w14:paraId="0A2949C0" w14:textId="5259FF95" w:rsidR="00253A07" w:rsidRDefault="00253A07" w:rsidP="00253A07">
            <w:pPr>
              <w:spacing w:after="0"/>
            </w:pPr>
          </w:p>
        </w:tc>
      </w:tr>
      <w:tr w:rsidR="00253A07" w14:paraId="4BBA3C4B" w14:textId="77777777" w:rsidTr="00253A07">
        <w:trPr>
          <w:jc w:val="center"/>
        </w:trPr>
        <w:tc>
          <w:tcPr>
            <w:tcW w:w="4135" w:type="dxa"/>
            <w:tcMar>
              <w:top w:w="100" w:type="dxa"/>
              <w:left w:w="120" w:type="dxa"/>
              <w:bottom w:w="100" w:type="dxa"/>
              <w:right w:w="120" w:type="dxa"/>
            </w:tcMar>
            <w:vAlign w:val="center"/>
          </w:tcPr>
          <w:p w14:paraId="0BB3FC88" w14:textId="77777777" w:rsidR="00253A07" w:rsidRDefault="00253A07" w:rsidP="00ED5FD3">
            <w:pPr>
              <w:spacing w:after="0"/>
            </w:pPr>
            <w:r>
              <w:rPr>
                <w:color w:val="000000"/>
                <w:sz w:val="19"/>
              </w:rPr>
              <w:t>Parade participation</w:t>
            </w:r>
          </w:p>
        </w:tc>
        <w:tc>
          <w:tcPr>
            <w:tcW w:w="2790" w:type="dxa"/>
            <w:tcMar>
              <w:top w:w="100" w:type="dxa"/>
              <w:left w:w="120" w:type="dxa"/>
              <w:bottom w:w="100" w:type="dxa"/>
              <w:right w:w="120" w:type="dxa"/>
            </w:tcMar>
            <w:vAlign w:val="center"/>
          </w:tcPr>
          <w:p w14:paraId="12EBB138" w14:textId="77777777" w:rsidR="00253A07" w:rsidRDefault="00253A07" w:rsidP="00ED5FD3">
            <w:pPr>
              <w:spacing w:after="0"/>
              <w:jc w:val="center"/>
            </w:pPr>
            <w:r>
              <w:rPr>
                <w:color w:val="000000"/>
                <w:sz w:val="19"/>
              </w:rPr>
              <w:t>☐ Selected</w:t>
            </w:r>
          </w:p>
        </w:tc>
        <w:tc>
          <w:tcPr>
            <w:tcW w:w="1418" w:type="dxa"/>
            <w:tcMar>
              <w:top w:w="100" w:type="dxa"/>
              <w:left w:w="120" w:type="dxa"/>
              <w:bottom w:w="100" w:type="dxa"/>
              <w:right w:w="120" w:type="dxa"/>
            </w:tcMar>
            <w:vAlign w:val="center"/>
          </w:tcPr>
          <w:p w14:paraId="76FA7394" w14:textId="77777777" w:rsidR="00253A07" w:rsidRDefault="00253A07" w:rsidP="00ED5FD3">
            <w:pPr>
              <w:spacing w:after="0"/>
              <w:jc w:val="center"/>
            </w:pPr>
            <w:r>
              <w:rPr>
                <w:color w:val="000000"/>
                <w:sz w:val="19"/>
              </w:rPr>
              <w:t>Free</w:t>
            </w:r>
          </w:p>
        </w:tc>
        <w:tc>
          <w:tcPr>
            <w:tcW w:w="1727" w:type="dxa"/>
            <w:tcMar>
              <w:top w:w="100" w:type="dxa"/>
              <w:left w:w="120" w:type="dxa"/>
              <w:bottom w:w="100" w:type="dxa"/>
              <w:right w:w="120" w:type="dxa"/>
            </w:tcMar>
            <w:vAlign w:val="center"/>
          </w:tcPr>
          <w:p w14:paraId="0130E47D" w14:textId="77777777" w:rsidR="00253A07" w:rsidRDefault="00253A07" w:rsidP="00253A07">
            <w:pPr>
              <w:spacing w:after="0"/>
            </w:pPr>
            <w:r>
              <w:rPr>
                <w:color w:val="000000"/>
                <w:sz w:val="19"/>
              </w:rPr>
              <w:t>$0</w:t>
            </w:r>
          </w:p>
        </w:tc>
      </w:tr>
    </w:tbl>
    <w:p w14:paraId="42A7DB85" w14:textId="77777777" w:rsidR="00253A07" w:rsidRDefault="00253A07" w:rsidP="00253A07">
      <w:pPr>
        <w:pStyle w:val="Heading2"/>
      </w:pPr>
      <w:r>
        <w:t>Bonfire Planning Estimate</w:t>
      </w:r>
    </w:p>
    <w:p w14:paraId="3C9D4D31" w14:textId="77777777" w:rsidR="00253A07" w:rsidRPr="00253A07" w:rsidRDefault="00253A07" w:rsidP="00253A07">
      <w:pPr>
        <w:spacing w:after="160"/>
        <w:ind w:left="720"/>
        <w:rPr>
          <w:bCs/>
        </w:rPr>
      </w:pPr>
      <w:r w:rsidRPr="00253A07">
        <w:rPr>
          <w:bCs/>
        </w:rPr>
        <w:t>Estimated number of parade participants attending the bonfire: _______________</w:t>
      </w:r>
    </w:p>
    <w:p w14:paraId="79A71C66" w14:textId="77777777" w:rsidR="00253A07" w:rsidRPr="00253A07" w:rsidRDefault="00253A07" w:rsidP="00253A07">
      <w:pPr>
        <w:spacing w:after="160"/>
        <w:ind w:left="720"/>
        <w:rPr>
          <w:bCs/>
        </w:rPr>
      </w:pPr>
      <w:r w:rsidRPr="00253A07">
        <w:rPr>
          <w:bCs/>
        </w:rPr>
        <w:t>Estimated additional family members or guests: _______________</w:t>
      </w:r>
    </w:p>
    <w:p w14:paraId="00BFEAC8" w14:textId="1367DB39" w:rsidR="00253A07" w:rsidRDefault="00253A07" w:rsidP="00C3797C">
      <w:pPr>
        <w:spacing w:after="160"/>
        <w:ind w:left="720"/>
        <w:rPr>
          <w:bCs/>
        </w:rPr>
      </w:pPr>
      <w:r w:rsidRPr="00253A07">
        <w:rPr>
          <w:bCs/>
        </w:rPr>
        <w:t>Estimated total bonfire attendance: _______________</w:t>
      </w:r>
    </w:p>
    <w:p w14:paraId="660003D7" w14:textId="77777777" w:rsidR="00C3797C" w:rsidRPr="00C3797C" w:rsidRDefault="00C3797C" w:rsidP="00C3797C">
      <w:pPr>
        <w:spacing w:after="0"/>
        <w:ind w:left="720"/>
        <w:rPr>
          <w:bCs/>
        </w:rPr>
      </w:pPr>
    </w:p>
    <w:p w14:paraId="70A98469" w14:textId="418AB148" w:rsidR="00253A07" w:rsidRDefault="00253A07" w:rsidP="00253A07">
      <w:pPr>
        <w:pStyle w:val="Heading2"/>
      </w:pPr>
      <w:r>
        <w:t>Forms and Materials Enclosed</w:t>
      </w:r>
    </w:p>
    <w:tbl>
      <w:tblPr>
        <w:tblW w:w="0" w:type="auto"/>
        <w:tblLook w:val="04A0" w:firstRow="1" w:lastRow="0" w:firstColumn="1" w:lastColumn="0" w:noHBand="0" w:noVBand="1"/>
      </w:tblPr>
      <w:tblGrid>
        <w:gridCol w:w="5040"/>
        <w:gridCol w:w="5040"/>
      </w:tblGrid>
      <w:tr w:rsidR="00253A07" w14:paraId="2401369C" w14:textId="77777777" w:rsidTr="00ED5FD3">
        <w:tc>
          <w:tcPr>
            <w:tcW w:w="5040" w:type="dxa"/>
            <w:tcMar>
              <w:top w:w="100" w:type="dxa"/>
              <w:left w:w="120" w:type="dxa"/>
              <w:bottom w:w="100" w:type="dxa"/>
              <w:right w:w="120" w:type="dxa"/>
            </w:tcMar>
            <w:vAlign w:val="center"/>
          </w:tcPr>
          <w:p w14:paraId="3249AA47" w14:textId="77777777" w:rsidR="00253A07" w:rsidRDefault="00253A07" w:rsidP="00ED5FD3">
            <w:pPr>
              <w:spacing w:after="0"/>
            </w:pPr>
            <w:r>
              <w:rPr>
                <w:color w:val="000000"/>
              </w:rPr>
              <w:t>☐ Community Keepsake form</w:t>
            </w:r>
          </w:p>
        </w:tc>
        <w:tc>
          <w:tcPr>
            <w:tcW w:w="5040" w:type="dxa"/>
            <w:tcMar>
              <w:top w:w="100" w:type="dxa"/>
              <w:left w:w="120" w:type="dxa"/>
              <w:bottom w:w="100" w:type="dxa"/>
              <w:right w:w="120" w:type="dxa"/>
            </w:tcMar>
            <w:vAlign w:val="center"/>
          </w:tcPr>
          <w:p w14:paraId="4F16427B" w14:textId="77777777" w:rsidR="00253A07" w:rsidRDefault="00253A07" w:rsidP="00ED5FD3">
            <w:pPr>
              <w:spacing w:after="0"/>
            </w:pPr>
            <w:r>
              <w:rPr>
                <w:color w:val="000000"/>
              </w:rPr>
              <w:t>☐ Craft vendor form</w:t>
            </w:r>
          </w:p>
        </w:tc>
      </w:tr>
      <w:tr w:rsidR="00253A07" w14:paraId="163867FB" w14:textId="77777777" w:rsidTr="00ED5FD3">
        <w:tc>
          <w:tcPr>
            <w:tcW w:w="5040" w:type="dxa"/>
            <w:tcMar>
              <w:top w:w="100" w:type="dxa"/>
              <w:left w:w="120" w:type="dxa"/>
              <w:bottom w:w="100" w:type="dxa"/>
              <w:right w:w="120" w:type="dxa"/>
            </w:tcMar>
            <w:vAlign w:val="center"/>
          </w:tcPr>
          <w:p w14:paraId="5D98D4EA" w14:textId="77777777" w:rsidR="00253A07" w:rsidRDefault="00253A07" w:rsidP="00ED5FD3">
            <w:pPr>
              <w:spacing w:after="0"/>
            </w:pPr>
            <w:r>
              <w:rPr>
                <w:color w:val="000000"/>
              </w:rPr>
              <w:t>☐ Gingerbread reservation form</w:t>
            </w:r>
          </w:p>
        </w:tc>
        <w:tc>
          <w:tcPr>
            <w:tcW w:w="5040" w:type="dxa"/>
            <w:tcMar>
              <w:top w:w="100" w:type="dxa"/>
              <w:left w:w="120" w:type="dxa"/>
              <w:bottom w:w="100" w:type="dxa"/>
              <w:right w:w="120" w:type="dxa"/>
            </w:tcMar>
            <w:vAlign w:val="center"/>
          </w:tcPr>
          <w:p w14:paraId="4B2CF178" w14:textId="77777777" w:rsidR="00253A07" w:rsidRDefault="00253A07" w:rsidP="00ED5FD3">
            <w:pPr>
              <w:spacing w:after="0"/>
            </w:pPr>
            <w:r>
              <w:rPr>
                <w:color w:val="000000"/>
              </w:rPr>
              <w:t>☐ Historic tour form</w:t>
            </w:r>
          </w:p>
        </w:tc>
      </w:tr>
      <w:tr w:rsidR="00253A07" w14:paraId="1BBA0EC6" w14:textId="77777777" w:rsidTr="00ED5FD3">
        <w:tc>
          <w:tcPr>
            <w:tcW w:w="5040" w:type="dxa"/>
            <w:tcMar>
              <w:top w:w="100" w:type="dxa"/>
              <w:left w:w="120" w:type="dxa"/>
              <w:bottom w:w="100" w:type="dxa"/>
              <w:right w:w="120" w:type="dxa"/>
            </w:tcMar>
            <w:vAlign w:val="center"/>
          </w:tcPr>
          <w:p w14:paraId="0CF9C46E" w14:textId="77777777" w:rsidR="00253A07" w:rsidRDefault="00253A07" w:rsidP="00ED5FD3">
            <w:pPr>
              <w:spacing w:after="0"/>
            </w:pPr>
            <w:r>
              <w:rPr>
                <w:color w:val="000000"/>
              </w:rPr>
              <w:t>☐ Parade participation form</w:t>
            </w:r>
          </w:p>
        </w:tc>
        <w:tc>
          <w:tcPr>
            <w:tcW w:w="5040" w:type="dxa"/>
            <w:tcMar>
              <w:top w:w="100" w:type="dxa"/>
              <w:left w:w="120" w:type="dxa"/>
              <w:bottom w:w="100" w:type="dxa"/>
              <w:right w:w="120" w:type="dxa"/>
            </w:tcMar>
            <w:vAlign w:val="center"/>
          </w:tcPr>
          <w:p w14:paraId="64F164EF" w14:textId="77777777" w:rsidR="00253A07" w:rsidRDefault="00253A07" w:rsidP="00ED5FD3">
            <w:pPr>
              <w:spacing w:after="0"/>
            </w:pPr>
            <w:r>
              <w:rPr>
                <w:color w:val="000000"/>
              </w:rPr>
              <w:t>☐ Artwork emailed</w:t>
            </w:r>
          </w:p>
        </w:tc>
      </w:tr>
      <w:tr w:rsidR="00253A07" w14:paraId="52F96084" w14:textId="77777777" w:rsidTr="00ED5FD3">
        <w:tc>
          <w:tcPr>
            <w:tcW w:w="5040" w:type="dxa"/>
            <w:tcMar>
              <w:top w:w="100" w:type="dxa"/>
              <w:left w:w="120" w:type="dxa"/>
              <w:bottom w:w="100" w:type="dxa"/>
              <w:right w:w="120" w:type="dxa"/>
            </w:tcMar>
            <w:vAlign w:val="center"/>
          </w:tcPr>
          <w:p w14:paraId="4BD595A0" w14:textId="77777777" w:rsidR="00253A07" w:rsidRDefault="00253A07" w:rsidP="00ED5FD3">
            <w:pPr>
              <w:spacing w:after="0"/>
            </w:pPr>
            <w:r>
              <w:rPr>
                <w:color w:val="000000"/>
              </w:rPr>
              <w:t>☐ Artwork not applicable</w:t>
            </w:r>
          </w:p>
        </w:tc>
        <w:tc>
          <w:tcPr>
            <w:tcW w:w="5040" w:type="dxa"/>
            <w:tcMar>
              <w:top w:w="100" w:type="dxa"/>
              <w:left w:w="120" w:type="dxa"/>
              <w:bottom w:w="100" w:type="dxa"/>
              <w:right w:w="120" w:type="dxa"/>
            </w:tcMar>
            <w:vAlign w:val="center"/>
          </w:tcPr>
          <w:p w14:paraId="5BD9F0D7" w14:textId="77777777" w:rsidR="00253A07" w:rsidRDefault="00253A07" w:rsidP="00ED5FD3">
            <w:pPr>
              <w:spacing w:after="0"/>
            </w:pPr>
          </w:p>
        </w:tc>
      </w:tr>
    </w:tbl>
    <w:p w14:paraId="51FCAC49" w14:textId="77777777" w:rsidR="000E16F7" w:rsidRDefault="000E16F7" w:rsidP="009F4C1B">
      <w:pPr>
        <w:pStyle w:val="Heading2"/>
        <w:jc w:val="center"/>
      </w:pPr>
    </w:p>
    <w:p w14:paraId="43F87DD2" w14:textId="45F137F6" w:rsidR="00253A07" w:rsidRDefault="00253A07" w:rsidP="009F4C1B">
      <w:pPr>
        <w:pStyle w:val="Heading2"/>
        <w:jc w:val="center"/>
      </w:pPr>
      <w:r>
        <w:t>Payment Summary</w:t>
      </w:r>
    </w:p>
    <w:p w14:paraId="10482E5F" w14:textId="77777777" w:rsidR="009F4C1B" w:rsidRPr="009F4C1B" w:rsidRDefault="009F4C1B" w:rsidP="00825C48">
      <w:pPr>
        <w:spacing w:after="0"/>
      </w:pPr>
    </w:p>
    <w:p w14:paraId="2EFFC146" w14:textId="77777777" w:rsidR="00253A07" w:rsidRDefault="00253A07" w:rsidP="00C3797C">
      <w:pPr>
        <w:spacing w:after="0"/>
      </w:pPr>
      <w:r>
        <w:rPr>
          <w:b/>
        </w:rPr>
        <w:t xml:space="preserve">Payment payable to or submitted through Pam Adams: $ </w:t>
      </w:r>
      <w:r>
        <w:t>__________________</w:t>
      </w:r>
    </w:p>
    <w:p w14:paraId="29E1B32B" w14:textId="77777777" w:rsidR="00253A07" w:rsidRDefault="00253A07" w:rsidP="00253A07">
      <w:pPr>
        <w:spacing w:after="160"/>
        <w:rPr>
          <w:b/>
        </w:rPr>
      </w:pPr>
    </w:p>
    <w:p w14:paraId="24A6680F" w14:textId="033B1D22" w:rsidR="00253A07" w:rsidRDefault="00253A07" w:rsidP="00C3797C">
      <w:pPr>
        <w:spacing w:after="0"/>
      </w:pPr>
      <w:r>
        <w:rPr>
          <w:b/>
        </w:rPr>
        <w:t xml:space="preserve">Gingerbread payment returned to </w:t>
      </w:r>
      <w:r w:rsidR="0029333E">
        <w:rPr>
          <w:b/>
        </w:rPr>
        <w:t>Granite Presbyterian Church</w:t>
      </w:r>
      <w:r>
        <w:rPr>
          <w:b/>
        </w:rPr>
        <w:t xml:space="preserve">: $ </w:t>
      </w:r>
      <w:r>
        <w:t>__________________</w:t>
      </w:r>
    </w:p>
    <w:p w14:paraId="59F0A077" w14:textId="77777777" w:rsidR="00253A07" w:rsidRDefault="00253A07" w:rsidP="00253A07">
      <w:pPr>
        <w:spacing w:after="160"/>
        <w:rPr>
          <w:b/>
        </w:rPr>
      </w:pPr>
    </w:p>
    <w:p w14:paraId="2BBD635A" w14:textId="52201A02" w:rsidR="00253A07" w:rsidRPr="00C3797C" w:rsidRDefault="00253A07" w:rsidP="00C3797C">
      <w:pPr>
        <w:spacing w:after="160"/>
      </w:pPr>
      <w:r>
        <w:rPr>
          <w:b/>
        </w:rPr>
        <w:t xml:space="preserve">Total value of all selections: $ </w:t>
      </w:r>
      <w:r>
        <w:t>__________________</w:t>
      </w:r>
    </w:p>
    <w:p w14:paraId="69F5AF1B" w14:textId="77777777" w:rsidR="00C3797C" w:rsidRDefault="00C3797C" w:rsidP="009F4C1B">
      <w:pPr>
        <w:rPr>
          <w:b/>
        </w:rPr>
      </w:pPr>
    </w:p>
    <w:p w14:paraId="1766EAA3" w14:textId="73539E88" w:rsidR="00253A07" w:rsidRDefault="00253A07" w:rsidP="009F4C1B">
      <w:r>
        <w:rPr>
          <w:b/>
        </w:rPr>
        <w:t xml:space="preserve">Paid at the event: </w:t>
      </w:r>
      <w:r>
        <w:t>Santa photographs, bonfire food, and beverages should not be included in the mailed payment totals unless organizers provide different instructions.</w:t>
      </w:r>
    </w:p>
    <w:sectPr w:rsidR="00253A07" w:rsidSect="000346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541D3" w14:textId="77777777" w:rsidR="005A4883" w:rsidRDefault="005A4883" w:rsidP="0011401C">
      <w:pPr>
        <w:spacing w:after="0" w:line="240" w:lineRule="auto"/>
      </w:pPr>
      <w:r>
        <w:separator/>
      </w:r>
    </w:p>
  </w:endnote>
  <w:endnote w:type="continuationSeparator" w:id="0">
    <w:p w14:paraId="468CE381" w14:textId="77777777" w:rsidR="005A4883" w:rsidRDefault="005A4883" w:rsidP="00114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BB53D" w14:textId="77777777" w:rsidR="005A4883" w:rsidRDefault="005A4883" w:rsidP="0011401C">
      <w:pPr>
        <w:spacing w:after="0" w:line="240" w:lineRule="auto"/>
      </w:pPr>
      <w:r>
        <w:separator/>
      </w:r>
    </w:p>
  </w:footnote>
  <w:footnote w:type="continuationSeparator" w:id="0">
    <w:p w14:paraId="739B94F2" w14:textId="77777777" w:rsidR="005A4883" w:rsidRDefault="005A4883" w:rsidP="001140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D5A7BB8"/>
    <w:lvl w:ilvl="0">
      <w:start w:val="1"/>
      <w:numFmt w:val="bullet"/>
      <w:pStyle w:val="ListBullet"/>
      <w:lvlText w:val=""/>
      <w:lvlJc w:val="left"/>
      <w:pPr>
        <w:tabs>
          <w:tab w:val="num" w:pos="360"/>
        </w:tabs>
        <w:ind w:left="360" w:hanging="360"/>
      </w:pPr>
      <w:rPr>
        <w:rFonts w:ascii="Symbol" w:hAnsi="Symbol" w:hint="default"/>
      </w:rPr>
    </w:lvl>
  </w:abstractNum>
  <w:num w:numId="1" w16cid:durableId="1812475219">
    <w:abstractNumId w:val="8"/>
  </w:num>
  <w:num w:numId="2" w16cid:durableId="1402292343">
    <w:abstractNumId w:val="6"/>
  </w:num>
  <w:num w:numId="3" w16cid:durableId="1162233646">
    <w:abstractNumId w:val="5"/>
  </w:num>
  <w:num w:numId="4" w16cid:durableId="179397521">
    <w:abstractNumId w:val="4"/>
  </w:num>
  <w:num w:numId="5" w16cid:durableId="523128490">
    <w:abstractNumId w:val="7"/>
  </w:num>
  <w:num w:numId="6" w16cid:durableId="1544368471">
    <w:abstractNumId w:val="3"/>
  </w:num>
  <w:num w:numId="7" w16cid:durableId="326134354">
    <w:abstractNumId w:val="2"/>
  </w:num>
  <w:num w:numId="8" w16cid:durableId="321932867">
    <w:abstractNumId w:val="1"/>
  </w:num>
  <w:num w:numId="9" w16cid:durableId="1112823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93B"/>
    <w:rsid w:val="000E16F7"/>
    <w:rsid w:val="0011401C"/>
    <w:rsid w:val="0015074B"/>
    <w:rsid w:val="001F1F3B"/>
    <w:rsid w:val="002008CE"/>
    <w:rsid w:val="00253A07"/>
    <w:rsid w:val="0029333E"/>
    <w:rsid w:val="0029639D"/>
    <w:rsid w:val="002A1A86"/>
    <w:rsid w:val="002E3E7F"/>
    <w:rsid w:val="00326F90"/>
    <w:rsid w:val="003D798B"/>
    <w:rsid w:val="00412104"/>
    <w:rsid w:val="00473474"/>
    <w:rsid w:val="0047519B"/>
    <w:rsid w:val="004E1693"/>
    <w:rsid w:val="00593735"/>
    <w:rsid w:val="005A4883"/>
    <w:rsid w:val="005C26DF"/>
    <w:rsid w:val="006573AC"/>
    <w:rsid w:val="006C77A0"/>
    <w:rsid w:val="006E1305"/>
    <w:rsid w:val="007265B3"/>
    <w:rsid w:val="0074170E"/>
    <w:rsid w:val="007A2549"/>
    <w:rsid w:val="007B29AB"/>
    <w:rsid w:val="00825C48"/>
    <w:rsid w:val="008679F8"/>
    <w:rsid w:val="008D7B02"/>
    <w:rsid w:val="009021AB"/>
    <w:rsid w:val="0096417E"/>
    <w:rsid w:val="00985920"/>
    <w:rsid w:val="009F4C1B"/>
    <w:rsid w:val="00A54291"/>
    <w:rsid w:val="00A67BF3"/>
    <w:rsid w:val="00AA1D8D"/>
    <w:rsid w:val="00B47730"/>
    <w:rsid w:val="00B74442"/>
    <w:rsid w:val="00BB0E60"/>
    <w:rsid w:val="00BF0F05"/>
    <w:rsid w:val="00C3797C"/>
    <w:rsid w:val="00CB0664"/>
    <w:rsid w:val="00CF4C2C"/>
    <w:rsid w:val="00DB5B13"/>
    <w:rsid w:val="00DC63F8"/>
    <w:rsid w:val="00E8527A"/>
    <w:rsid w:val="00F00B39"/>
    <w:rsid w:val="00FA02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8F6B83"/>
  <w14:defaultImageDpi w14:val="300"/>
  <w15:docId w15:val="{F822F18D-E067-BA48-A224-3CE3E280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top w:val="nil"/>
        <w:left w:val="nil"/>
        <w:bottom w:val="nil"/>
        <w:right w:val="nil"/>
        <w:between w:val="nil"/>
      </w:pBd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2008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08CE"/>
    <w:rPr>
      <w:color w:val="0000FF"/>
      <w:u w:val="single"/>
    </w:rPr>
  </w:style>
  <w:style w:type="character" w:styleId="UnresolvedMention">
    <w:name w:val="Unresolved Mention"/>
    <w:basedOn w:val="DefaultParagraphFont"/>
    <w:uiPriority w:val="99"/>
    <w:semiHidden/>
    <w:unhideWhenUsed/>
    <w:rsid w:val="00C37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Skullney</cp:lastModifiedBy>
  <cp:revision>2</cp:revision>
  <dcterms:created xsi:type="dcterms:W3CDTF">2026-10-31T14:51:00Z</dcterms:created>
  <dcterms:modified xsi:type="dcterms:W3CDTF">2026-10-31T14:51:00Z</dcterms:modified>
  <cp:category/>
</cp:coreProperties>
</file>